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5B9" w:rsidRPr="00CB2C99" w:rsidRDefault="006544E0">
      <w:pPr>
        <w:pStyle w:val="Titel"/>
        <w:jc w:val="center"/>
        <w:rPr>
          <w:rFonts w:ascii="Calibri Light" w:hAnsi="Calibri Light" w:cs="Calibri Light"/>
          <w:b/>
          <w:color w:val="365F91" w:themeColor="accent1" w:themeShade="BF"/>
          <w:sz w:val="72"/>
          <w:lang w:val="de-DE"/>
        </w:rPr>
      </w:pPr>
      <w:r w:rsidRPr="00CB2C99">
        <w:rPr>
          <w:rFonts w:ascii="Calibri Light" w:hAnsi="Calibri Light" w:cs="Calibri Light"/>
          <w:b/>
          <w:color w:val="365F91" w:themeColor="accent1" w:themeShade="BF"/>
          <w:sz w:val="72"/>
          <w:lang w:val="de-DE"/>
        </w:rPr>
        <w:t>PROJEKT­DOKUMENTATION</w:t>
      </w:r>
    </w:p>
    <w:p w:rsidR="00A315B9" w:rsidRPr="00CB2C99" w:rsidRDefault="006544E0" w:rsidP="00786F0D">
      <w:pPr>
        <w:jc w:val="center"/>
        <w:rPr>
          <w:rFonts w:asciiTheme="majorHAnsi" w:hAnsiTheme="majorHAnsi" w:cstheme="majorHAnsi"/>
          <w:sz w:val="36"/>
          <w:lang w:val="de-DE"/>
        </w:rPr>
      </w:pPr>
      <w:r w:rsidRPr="00CB2C99">
        <w:rPr>
          <w:rFonts w:asciiTheme="majorHAnsi" w:hAnsiTheme="majorHAnsi" w:cstheme="majorHAnsi"/>
          <w:sz w:val="36"/>
          <w:lang w:val="de-DE"/>
        </w:rPr>
        <w:br/>
      </w:r>
      <w:r w:rsidRPr="00CB2C99">
        <w:rPr>
          <w:rFonts w:asciiTheme="majorHAnsi" w:hAnsiTheme="majorHAnsi" w:cstheme="majorHAnsi"/>
          <w:sz w:val="36"/>
          <w:lang w:val="de-DE"/>
        </w:rPr>
        <w:br/>
      </w:r>
    </w:p>
    <w:p w:rsidR="00A315B9" w:rsidRPr="00CB2C99" w:rsidRDefault="00A315B9" w:rsidP="00786F0D">
      <w:pPr>
        <w:jc w:val="center"/>
        <w:rPr>
          <w:rFonts w:asciiTheme="majorHAnsi" w:hAnsiTheme="majorHAnsi" w:cstheme="majorHAnsi"/>
          <w:sz w:val="36"/>
          <w:lang w:val="de-DE"/>
        </w:rPr>
      </w:pPr>
      <w:bookmarkStart w:id="0" w:name="_GoBack"/>
      <w:bookmarkEnd w:id="0"/>
    </w:p>
    <w:p w:rsidR="00786F0D" w:rsidRPr="00CB2C99" w:rsidRDefault="00786F0D" w:rsidP="00786F0D">
      <w:pPr>
        <w:jc w:val="center"/>
        <w:rPr>
          <w:rFonts w:asciiTheme="majorHAnsi" w:hAnsiTheme="majorHAnsi" w:cstheme="majorHAnsi"/>
          <w:color w:val="1F497D" w:themeColor="text2"/>
          <w:sz w:val="40"/>
          <w:lang w:val="de-DE"/>
        </w:rPr>
      </w:pPr>
      <w:r w:rsidRPr="00CB2C99">
        <w:rPr>
          <w:rFonts w:asciiTheme="majorHAnsi" w:hAnsiTheme="majorHAnsi" w:cstheme="majorHAnsi"/>
          <w:color w:val="1F497D" w:themeColor="text2"/>
          <w:sz w:val="40"/>
          <w:lang w:val="de-DE"/>
        </w:rPr>
        <w:t>Projekttitel: Musterprojekt</w:t>
      </w:r>
    </w:p>
    <w:p w:rsidR="00A315B9" w:rsidRPr="00CB2C99" w:rsidRDefault="00786F0D" w:rsidP="00786F0D">
      <w:pPr>
        <w:jc w:val="center"/>
        <w:rPr>
          <w:rFonts w:asciiTheme="majorHAnsi" w:hAnsiTheme="majorHAnsi" w:cstheme="majorHAnsi"/>
          <w:color w:val="1F497D" w:themeColor="text2"/>
          <w:sz w:val="40"/>
          <w:lang w:val="de-DE"/>
        </w:rPr>
      </w:pPr>
      <w:r w:rsidRPr="00CB2C99">
        <w:rPr>
          <w:rFonts w:asciiTheme="majorHAnsi" w:hAnsiTheme="majorHAnsi" w:cstheme="majorHAnsi"/>
          <w:color w:val="1F497D" w:themeColor="text2"/>
          <w:sz w:val="40"/>
          <w:lang w:val="de-DE"/>
        </w:rPr>
        <w:t>Projektverantwortlicher: Herr Mustermann</w:t>
      </w:r>
    </w:p>
    <w:p w:rsidR="00786F0D" w:rsidRPr="00CB2C99" w:rsidRDefault="00786F0D" w:rsidP="0014734B">
      <w:pPr>
        <w:jc w:val="center"/>
        <w:rPr>
          <w:rFonts w:asciiTheme="majorHAnsi" w:hAnsiTheme="majorHAnsi" w:cstheme="majorHAnsi"/>
          <w:color w:val="1F497D" w:themeColor="text2"/>
          <w:sz w:val="40"/>
          <w:lang w:val="de-DE"/>
        </w:rPr>
      </w:pPr>
      <w:r w:rsidRPr="00CB2C99">
        <w:rPr>
          <w:rFonts w:asciiTheme="majorHAnsi" w:hAnsiTheme="majorHAnsi" w:cstheme="majorHAnsi"/>
          <w:color w:val="1F497D" w:themeColor="text2"/>
          <w:sz w:val="40"/>
          <w:lang w:val="de-DE"/>
        </w:rPr>
        <w:t>Datum: 01.01.2025</w:t>
      </w:r>
    </w:p>
    <w:p w:rsidR="0014734B" w:rsidRPr="00CB2C99" w:rsidRDefault="0014734B" w:rsidP="0014734B">
      <w:pPr>
        <w:jc w:val="center"/>
        <w:rPr>
          <w:rFonts w:asciiTheme="majorHAnsi" w:hAnsiTheme="majorHAnsi" w:cstheme="majorHAnsi"/>
          <w:color w:val="1F497D" w:themeColor="text2"/>
          <w:sz w:val="40"/>
          <w:lang w:val="de-DE"/>
        </w:rPr>
      </w:pPr>
    </w:p>
    <w:p w:rsidR="0014734B" w:rsidRPr="00CB2C99" w:rsidRDefault="0014734B" w:rsidP="0014734B">
      <w:pPr>
        <w:jc w:val="center"/>
        <w:rPr>
          <w:rFonts w:asciiTheme="majorHAnsi" w:hAnsiTheme="majorHAnsi" w:cstheme="majorHAnsi"/>
          <w:color w:val="1F497D" w:themeColor="text2"/>
          <w:sz w:val="40"/>
          <w:lang w:val="de-DE"/>
        </w:rPr>
      </w:pPr>
      <w:r w:rsidRPr="00CB2C99">
        <w:rPr>
          <w:rFonts w:asciiTheme="majorHAnsi" w:hAnsiTheme="majorHAnsi" w:cstheme="majorHAnsi"/>
          <w:noProof/>
          <w:color w:val="1F497D" w:themeColor="text2"/>
          <w:sz w:val="40"/>
          <w:lang w:val="de-DE" w:eastAsia="de-DE"/>
        </w:rPr>
        <w:drawing>
          <wp:inline distT="0" distB="0" distL="0" distR="0" wp14:anchorId="1DF6ECFE" wp14:editId="24EE7EC7">
            <wp:extent cx="1295400" cy="1295400"/>
            <wp:effectExtent l="0" t="0" r="0" b="0"/>
            <wp:docPr id="146" name="Grafik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Musterfirma (1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5B9" w:rsidRPr="00CB2C99" w:rsidRDefault="00786F0D" w:rsidP="00786F0D">
      <w:pPr>
        <w:jc w:val="center"/>
        <w:rPr>
          <w:rFonts w:asciiTheme="majorHAnsi" w:hAnsiTheme="majorHAnsi" w:cstheme="majorHAnsi"/>
          <w:color w:val="1F497D" w:themeColor="text2"/>
          <w:sz w:val="40"/>
          <w:lang w:val="de-DE"/>
        </w:rPr>
      </w:pPr>
      <w:r w:rsidRPr="00CB2C99">
        <w:rPr>
          <w:rFonts w:asciiTheme="majorHAnsi" w:hAnsiTheme="majorHAnsi" w:cstheme="majorHAnsi"/>
          <w:color w:val="1F497D" w:themeColor="text2"/>
          <w:sz w:val="40"/>
          <w:lang w:val="de-DE"/>
        </w:rPr>
        <w:t>Unternehmen: M</w:t>
      </w:r>
      <w:r w:rsidR="0014734B" w:rsidRPr="00CB2C99">
        <w:rPr>
          <w:rFonts w:asciiTheme="majorHAnsi" w:hAnsiTheme="majorHAnsi" w:cstheme="majorHAnsi"/>
          <w:color w:val="1F497D" w:themeColor="text2"/>
          <w:sz w:val="40"/>
          <w:lang w:val="de-DE"/>
        </w:rPr>
        <w:t>uster AG</w:t>
      </w:r>
    </w:p>
    <w:p w:rsidR="00A315B9" w:rsidRPr="00CB2C99" w:rsidRDefault="006544E0" w:rsidP="00786F0D">
      <w:pPr>
        <w:jc w:val="center"/>
        <w:rPr>
          <w:rFonts w:asciiTheme="majorHAnsi" w:hAnsiTheme="majorHAnsi" w:cstheme="majorHAnsi"/>
          <w:sz w:val="36"/>
          <w:lang w:val="de-DE"/>
        </w:rPr>
      </w:pPr>
      <w:r w:rsidRPr="00CB2C99">
        <w:rPr>
          <w:rFonts w:asciiTheme="majorHAnsi" w:hAnsiTheme="majorHAnsi" w:cstheme="majorHAnsi"/>
          <w:sz w:val="36"/>
          <w:lang w:val="de-DE"/>
        </w:rPr>
        <w:br w:type="page"/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2"/>
          <w:szCs w:val="22"/>
          <w:lang w:val="de-DE"/>
        </w:rPr>
        <w:id w:val="-374552837"/>
        <w:docPartObj>
          <w:docPartGallery w:val="Table of Contents"/>
          <w:docPartUnique/>
        </w:docPartObj>
      </w:sdtPr>
      <w:sdtEndPr/>
      <w:sdtContent>
        <w:p w:rsidR="0014734B" w:rsidRPr="00CB2C99" w:rsidRDefault="0014734B" w:rsidP="0007235F">
          <w:pPr>
            <w:pStyle w:val="Inhaltsverzeichnisberschrift"/>
            <w:spacing w:line="360" w:lineRule="auto"/>
            <w:rPr>
              <w:lang w:val="de-DE"/>
            </w:rPr>
          </w:pPr>
          <w:r w:rsidRPr="00CB2C99">
            <w:rPr>
              <w:lang w:val="de-DE"/>
            </w:rPr>
            <w:t>Inhaltsverzeichnis</w:t>
          </w:r>
        </w:p>
        <w:p w:rsidR="00901EF9" w:rsidRPr="00CB2C99" w:rsidRDefault="0014734B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r w:rsidRPr="00CB2C99">
            <w:rPr>
              <w:lang w:val="de-DE"/>
            </w:rPr>
            <w:fldChar w:fldCharType="begin"/>
          </w:r>
          <w:r w:rsidRPr="00CB2C99">
            <w:rPr>
              <w:lang w:val="de-DE"/>
            </w:rPr>
            <w:instrText xml:space="preserve"> TOC \o "1-3" \h \z \u </w:instrText>
          </w:r>
          <w:r w:rsidRPr="00CB2C99">
            <w:rPr>
              <w:lang w:val="de-DE"/>
            </w:rPr>
            <w:fldChar w:fldCharType="separate"/>
          </w:r>
          <w:hyperlink w:anchor="_Toc195625326" w:history="1">
            <w:r w:rsidR="00901EF9" w:rsidRPr="00CB2C99">
              <w:rPr>
                <w:rStyle w:val="Hyperlink"/>
                <w:rFonts w:cstheme="majorHAnsi"/>
                <w:noProof/>
                <w:lang w:val="de-DE"/>
              </w:rPr>
              <w:t>1 Projektstart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_Toc195625326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3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27" w:history="1">
            <w:r w:rsidR="00901EF9" w:rsidRPr="00CB2C99">
              <w:rPr>
                <w:rStyle w:val="Hyperlink"/>
                <w:noProof/>
                <w:lang w:val="de-DE"/>
              </w:rPr>
              <w:t>1.1 Projektidee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_Toc195625327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3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28" w:history="1">
            <w:r w:rsidR="00901EF9" w:rsidRPr="00CB2C99">
              <w:rPr>
                <w:rStyle w:val="Hyperlink"/>
                <w:noProof/>
                <w:lang w:val="de-DE"/>
              </w:rPr>
              <w:t>1.2 Zielsetzung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_Toc195625328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3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29" w:history="1">
            <w:r w:rsidR="00901EF9" w:rsidRPr="00CB2C99">
              <w:rPr>
                <w:rStyle w:val="Hyperlink"/>
                <w:noProof/>
                <w:lang w:val="de-DE"/>
              </w:rPr>
              <w:t>1.3 Projektbeteiligte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_Toc195625329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3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0" w:history="1">
            <w:r w:rsidR="00901EF9" w:rsidRPr="00CB2C99">
              <w:rPr>
                <w:rStyle w:val="Hyperlink"/>
                <w:noProof/>
                <w:lang w:val="de-DE"/>
              </w:rPr>
              <w:t>1.4 Rahmenbedingungen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_Toc195625330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3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1" w:history="1">
            <w:r w:rsidR="00901EF9" w:rsidRPr="00CB2C99">
              <w:rPr>
                <w:rStyle w:val="Hyperlink"/>
                <w:rFonts w:cstheme="majorHAnsi"/>
                <w:noProof/>
                <w:lang w:val="de-DE"/>
              </w:rPr>
              <w:t>2 Projektplanung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_Toc195625331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4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2" w:history="1">
            <w:r w:rsidR="00901EF9" w:rsidRPr="00CB2C99">
              <w:rPr>
                <w:rStyle w:val="Hyperlink"/>
                <w:noProof/>
                <w:lang w:val="de-DE"/>
              </w:rPr>
              <w:t>2.1 Aufgaben &amp; Meilensteine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_Toc195625332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4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3" w:history="1">
            <w:r w:rsidR="00901EF9" w:rsidRPr="00CB2C99">
              <w:rPr>
                <w:rStyle w:val="Hyperlink"/>
                <w:noProof/>
                <w:lang w:val="de-DE"/>
              </w:rPr>
              <w:t>2.2 Zeitplan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_Toc195625333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4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4" w:history="1">
            <w:r w:rsidR="00901EF9" w:rsidRPr="00CB2C99">
              <w:rPr>
                <w:rStyle w:val="Hyperlink"/>
                <w:noProof/>
                <w:lang w:val="de-DE"/>
              </w:rPr>
              <w:t>2.3 Ressourcenplanung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_Toc195625334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4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5" w:history="1">
            <w:r w:rsidR="00901EF9" w:rsidRPr="00CB2C99">
              <w:rPr>
                <w:rStyle w:val="Hyperlink"/>
                <w:noProof/>
                <w:lang w:val="de-DE"/>
              </w:rPr>
              <w:t>2.4 Risiken &amp; Maßnahmen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_Toc195625335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4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6" w:history="1">
            <w:r w:rsidR="00901EF9" w:rsidRPr="00CB2C99">
              <w:rPr>
                <w:rStyle w:val="Hyperlink"/>
                <w:noProof/>
                <w:lang w:val="de-DE"/>
              </w:rPr>
              <w:t>3 Projektdurchführung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_Toc195625336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5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7" w:history="1">
            <w:r w:rsidR="00901EF9" w:rsidRPr="00CB2C99">
              <w:rPr>
                <w:rStyle w:val="Hyperlink"/>
                <w:noProof/>
                <w:lang w:val="de-DE"/>
              </w:rPr>
              <w:t>3.1 Umsetzung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_Toc195625337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5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8" w:history="1">
            <w:r w:rsidR="00901EF9" w:rsidRPr="00CB2C99">
              <w:rPr>
                <w:rStyle w:val="Hyperlink"/>
                <w:noProof/>
                <w:lang w:val="de-DE"/>
              </w:rPr>
              <w:t>3.2 Herausforderungen &amp; Lösungen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_Toc195625338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5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39" w:history="1">
            <w:r w:rsidR="00901EF9" w:rsidRPr="00CB2C99">
              <w:rPr>
                <w:rStyle w:val="Hyperlink"/>
                <w:noProof/>
                <w:lang w:val="de-DE"/>
              </w:rPr>
              <w:t>3.3 Kommunikationsverlauf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_Toc195625339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5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0" w:history="1">
            <w:r w:rsidR="00901EF9" w:rsidRPr="00CB2C99">
              <w:rPr>
                <w:rStyle w:val="Hyperlink"/>
                <w:rFonts w:cstheme="majorHAnsi"/>
                <w:noProof/>
                <w:lang w:val="de-DE"/>
              </w:rPr>
              <w:t>4 Projektabschluss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_Toc195625340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6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1" w:history="1">
            <w:r w:rsidR="00901EF9" w:rsidRPr="00CB2C99">
              <w:rPr>
                <w:rStyle w:val="Hyperlink"/>
                <w:noProof/>
                <w:lang w:val="de-DE"/>
              </w:rPr>
              <w:t>4.1 Ergebnisbewertung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_Toc195625341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6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2" w:history="1">
            <w:r w:rsidR="00901EF9" w:rsidRPr="00CB2C99">
              <w:rPr>
                <w:rStyle w:val="Hyperlink"/>
                <w:noProof/>
                <w:lang w:val="de-DE"/>
              </w:rPr>
              <w:t>4.2 Learnings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_Toc195625342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6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3" w:history="1">
            <w:r w:rsidR="00901EF9" w:rsidRPr="00CB2C99">
              <w:rPr>
                <w:rStyle w:val="Hyperlink"/>
                <w:noProof/>
                <w:lang w:val="de-DE"/>
              </w:rPr>
              <w:t>4.3 To-Dos nach Projektende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_Toc195625343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6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2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4" w:history="1">
            <w:r w:rsidR="00901EF9" w:rsidRPr="00CB2C99">
              <w:rPr>
                <w:rStyle w:val="Hyperlink"/>
                <w:noProof/>
                <w:lang w:val="de-DE"/>
              </w:rPr>
              <w:t>4.4 Verbesserungsvorschläge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_Toc195625344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6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5" w:history="1">
            <w:r w:rsidR="00901EF9" w:rsidRPr="00CB2C99">
              <w:rPr>
                <w:rStyle w:val="Hyperlink"/>
                <w:noProof/>
                <w:lang w:val="de-DE"/>
              </w:rPr>
              <w:t>5 Tabellen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_Toc195625345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7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6" w:history="1">
            <w:r w:rsidR="00901EF9" w:rsidRPr="00CB2C99">
              <w:rPr>
                <w:rStyle w:val="Hyperlink"/>
                <w:noProof/>
                <w:lang w:val="de-DE"/>
              </w:rPr>
              <w:t>6 Checklisten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_Toc195625346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8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901EF9" w:rsidRPr="00CB2C99" w:rsidRDefault="0007235F">
          <w:pPr>
            <w:pStyle w:val="Verzeichnis1"/>
            <w:tabs>
              <w:tab w:val="right" w:leader="dot" w:pos="8630"/>
            </w:tabs>
            <w:rPr>
              <w:noProof/>
              <w:lang w:val="de-DE" w:eastAsia="de-DE"/>
            </w:rPr>
          </w:pPr>
          <w:hyperlink w:anchor="_Toc195625347" w:history="1">
            <w:r w:rsidR="00901EF9" w:rsidRPr="00CB2C99">
              <w:rPr>
                <w:rStyle w:val="Hyperlink"/>
                <w:rFonts w:cstheme="majorHAnsi"/>
                <w:noProof/>
                <w:lang w:val="de-DE"/>
              </w:rPr>
              <w:t>7 Weitere Anhänge</w:t>
            </w:r>
            <w:r w:rsidR="00901EF9" w:rsidRPr="00CB2C99">
              <w:rPr>
                <w:noProof/>
                <w:webHidden/>
                <w:lang w:val="de-DE"/>
              </w:rPr>
              <w:tab/>
            </w:r>
            <w:r w:rsidR="00901EF9" w:rsidRPr="00CB2C99">
              <w:rPr>
                <w:noProof/>
                <w:webHidden/>
                <w:lang w:val="de-DE"/>
              </w:rPr>
              <w:fldChar w:fldCharType="begin"/>
            </w:r>
            <w:r w:rsidR="00901EF9" w:rsidRPr="00CB2C99">
              <w:rPr>
                <w:noProof/>
                <w:webHidden/>
                <w:lang w:val="de-DE"/>
              </w:rPr>
              <w:instrText xml:space="preserve"> PAGEREF _Toc195625347 \h </w:instrText>
            </w:r>
            <w:r w:rsidR="00901EF9" w:rsidRPr="00CB2C99">
              <w:rPr>
                <w:noProof/>
                <w:webHidden/>
                <w:lang w:val="de-DE"/>
              </w:rPr>
            </w:r>
            <w:r w:rsidR="00901EF9" w:rsidRPr="00CB2C99">
              <w:rPr>
                <w:noProof/>
                <w:webHidden/>
                <w:lang w:val="de-DE"/>
              </w:rPr>
              <w:fldChar w:fldCharType="separate"/>
            </w:r>
            <w:r w:rsidR="00901EF9" w:rsidRPr="00CB2C99">
              <w:rPr>
                <w:noProof/>
                <w:webHidden/>
                <w:lang w:val="de-DE"/>
              </w:rPr>
              <w:t>9</w:t>
            </w:r>
            <w:r w:rsidR="00901EF9" w:rsidRPr="00CB2C99">
              <w:rPr>
                <w:noProof/>
                <w:webHidden/>
                <w:lang w:val="de-DE"/>
              </w:rPr>
              <w:fldChar w:fldCharType="end"/>
            </w:r>
          </w:hyperlink>
        </w:p>
        <w:p w:rsidR="0014734B" w:rsidRPr="00CB2C99" w:rsidRDefault="0014734B">
          <w:pPr>
            <w:rPr>
              <w:lang w:val="de-DE"/>
            </w:rPr>
          </w:pPr>
          <w:r w:rsidRPr="00CB2C99">
            <w:rPr>
              <w:b/>
              <w:bCs/>
              <w:lang w:val="de-DE"/>
            </w:rPr>
            <w:fldChar w:fldCharType="end"/>
          </w:r>
        </w:p>
      </w:sdtContent>
    </w:sdt>
    <w:p w:rsidR="00435EEC" w:rsidRDefault="006544E0">
      <w:pPr>
        <w:rPr>
          <w:rFonts w:asciiTheme="majorHAnsi" w:hAnsiTheme="majorHAnsi" w:cstheme="majorHAnsi"/>
          <w:sz w:val="24"/>
          <w:lang w:val="de-DE"/>
        </w:rPr>
      </w:pPr>
      <w:r w:rsidRPr="00CB2C99">
        <w:rPr>
          <w:rFonts w:asciiTheme="majorHAnsi" w:hAnsiTheme="majorHAnsi" w:cstheme="majorHAnsi"/>
          <w:sz w:val="24"/>
          <w:lang w:val="de-DE"/>
        </w:rPr>
        <w:br w:type="page"/>
      </w:r>
    </w:p>
    <w:p w:rsidR="0007235F" w:rsidRDefault="0007235F" w:rsidP="00435EEC">
      <w:pPr>
        <w:rPr>
          <w:noProof/>
        </w:rPr>
      </w:pP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  <w:lang w:val="de-DE"/>
        </w:rPr>
        <w:lastRenderedPageBreak/>
        <w:t>Tabellen</w:t>
      </w:r>
      <w:r w:rsidRPr="00435EEC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  <w:lang w:val="de-DE"/>
        </w:rPr>
        <w:t>verzeichnis</w:t>
      </w:r>
      <w:r w:rsidR="00435EEC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  <w:lang w:val="de-DE"/>
        </w:rPr>
        <w:fldChar w:fldCharType="begin"/>
      </w:r>
      <w:r w:rsidR="00435EEC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  <w:lang w:val="de-DE"/>
        </w:rPr>
        <w:instrText xml:space="preserve"> TOC \h \z \c "Tabelle" </w:instrText>
      </w:r>
      <w:r w:rsidR="00435EEC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  <w:lang w:val="de-DE"/>
        </w:rPr>
        <w:fldChar w:fldCharType="separate"/>
      </w:r>
    </w:p>
    <w:p w:rsidR="0007235F" w:rsidRDefault="0007235F">
      <w:pPr>
        <w:pStyle w:val="Abbildungsverzeichnis"/>
        <w:tabs>
          <w:tab w:val="right" w:leader="dot" w:pos="8630"/>
        </w:tabs>
        <w:rPr>
          <w:noProof/>
          <w:lang w:val="de-DE" w:eastAsia="de-DE"/>
        </w:rPr>
      </w:pPr>
      <w:hyperlink w:anchor="_Toc195628636" w:history="1">
        <w:r w:rsidRPr="00E35C0A">
          <w:rPr>
            <w:rStyle w:val="Hyperlink"/>
            <w:noProof/>
            <w:lang w:val="de-DE"/>
          </w:rPr>
          <w:t>Tabelle 1: Projektzeitplan (Grobplanung)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_Toc195628636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07235F" w:rsidRDefault="0007235F">
      <w:pPr>
        <w:pStyle w:val="Abbildungsverzeichnis"/>
        <w:tabs>
          <w:tab w:val="right" w:leader="dot" w:pos="8630"/>
        </w:tabs>
        <w:rPr>
          <w:noProof/>
          <w:lang w:val="de-DE" w:eastAsia="de-DE"/>
        </w:rPr>
      </w:pPr>
      <w:hyperlink w:anchor="_Toc195628637" w:history="1">
        <w:r w:rsidRPr="00E35C0A">
          <w:rPr>
            <w:rStyle w:val="Hyperlink"/>
            <w:noProof/>
            <w:lang w:val="de-DE"/>
          </w:rPr>
          <w:t>Tabelle 2: Ressourcenübersicht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_Toc195628637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07235F" w:rsidRDefault="0007235F">
      <w:pPr>
        <w:pStyle w:val="Abbildungsverzeichnis"/>
        <w:tabs>
          <w:tab w:val="right" w:leader="dot" w:pos="8630"/>
        </w:tabs>
        <w:rPr>
          <w:noProof/>
          <w:lang w:val="de-DE" w:eastAsia="de-DE"/>
        </w:rPr>
      </w:pPr>
      <w:hyperlink w:anchor="_Toc195628638" w:history="1">
        <w:r w:rsidRPr="00E35C0A">
          <w:rPr>
            <w:rStyle w:val="Hyperlink"/>
            <w:noProof/>
            <w:lang w:val="de-DE"/>
          </w:rPr>
          <w:t>Tabelle 3: Risikomatrix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_Toc195628638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435EEC" w:rsidRDefault="00435EEC">
      <w:pPr>
        <w:rPr>
          <w:rFonts w:asciiTheme="majorHAnsi" w:hAnsiTheme="majorHAnsi" w:cstheme="majorHAnsi"/>
          <w:sz w:val="24"/>
          <w:lang w:val="de-DE"/>
        </w:rPr>
      </w:pP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  <w:lang w:val="de-DE"/>
        </w:rPr>
        <w:fldChar w:fldCharType="end"/>
      </w:r>
      <w:r>
        <w:rPr>
          <w:rFonts w:asciiTheme="majorHAnsi" w:hAnsiTheme="majorHAnsi" w:cstheme="majorHAnsi"/>
          <w:sz w:val="24"/>
          <w:lang w:val="de-DE"/>
        </w:rPr>
        <w:br w:type="page"/>
      </w:r>
    </w:p>
    <w:p w:rsidR="00B44060" w:rsidRDefault="00C7781E" w:rsidP="0007235F">
      <w:pPr>
        <w:pStyle w:val="Inhaltsverzeichnisberschrift"/>
        <w:spacing w:line="360" w:lineRule="auto"/>
        <w:rPr>
          <w:noProof/>
        </w:rPr>
      </w:pPr>
      <w:r>
        <w:rPr>
          <w:lang w:val="de-DE"/>
        </w:rPr>
        <w:lastRenderedPageBreak/>
        <w:t>A</w:t>
      </w:r>
      <w:r w:rsidR="00435EEC">
        <w:rPr>
          <w:lang w:val="de-DE"/>
        </w:rPr>
        <w:t>bbildungs</w:t>
      </w:r>
      <w:r w:rsidRPr="00CB2C99">
        <w:rPr>
          <w:lang w:val="de-DE"/>
        </w:rPr>
        <w:t>verzeichnis</w:t>
      </w:r>
      <w:r w:rsidR="00435EEC">
        <w:rPr>
          <w:lang w:val="de-DE"/>
        </w:rPr>
        <w:fldChar w:fldCharType="begin"/>
      </w:r>
      <w:r w:rsidR="00435EEC">
        <w:rPr>
          <w:lang w:val="de-DE"/>
        </w:rPr>
        <w:instrText xml:space="preserve"> TOC \h \z \c "Abbildung" </w:instrText>
      </w:r>
      <w:r w:rsidR="00435EEC">
        <w:rPr>
          <w:lang w:val="de-DE"/>
        </w:rPr>
        <w:fldChar w:fldCharType="separate"/>
      </w:r>
    </w:p>
    <w:p w:rsidR="00B44060" w:rsidRDefault="0007235F">
      <w:pPr>
        <w:pStyle w:val="Abbildungsverzeichnis"/>
        <w:tabs>
          <w:tab w:val="right" w:leader="dot" w:pos="8630"/>
        </w:tabs>
        <w:rPr>
          <w:noProof/>
          <w:lang w:val="de-DE" w:eastAsia="de-DE"/>
        </w:rPr>
      </w:pPr>
      <w:hyperlink w:anchor="_Toc195628389" w:history="1">
        <w:r w:rsidR="00B44060" w:rsidRPr="00ED2A80">
          <w:rPr>
            <w:rStyle w:val="Hyperlink"/>
            <w:noProof/>
          </w:rPr>
          <w:t>Abbildung 1: Screenshot Login-Maske</w:t>
        </w:r>
        <w:r w:rsidR="00B44060">
          <w:rPr>
            <w:noProof/>
            <w:webHidden/>
          </w:rPr>
          <w:tab/>
        </w:r>
        <w:r w:rsidR="00B44060">
          <w:rPr>
            <w:noProof/>
            <w:webHidden/>
          </w:rPr>
          <w:fldChar w:fldCharType="begin"/>
        </w:r>
        <w:r w:rsidR="00B44060">
          <w:rPr>
            <w:noProof/>
            <w:webHidden/>
          </w:rPr>
          <w:instrText xml:space="preserve"> PAGEREF _Toc195628389 \h </w:instrText>
        </w:r>
        <w:r w:rsidR="00B44060">
          <w:rPr>
            <w:noProof/>
            <w:webHidden/>
          </w:rPr>
        </w:r>
        <w:r w:rsidR="00B44060">
          <w:rPr>
            <w:noProof/>
            <w:webHidden/>
          </w:rPr>
          <w:fldChar w:fldCharType="separate"/>
        </w:r>
        <w:r w:rsidR="00B44060">
          <w:rPr>
            <w:noProof/>
            <w:webHidden/>
          </w:rPr>
          <w:t>11</w:t>
        </w:r>
        <w:r w:rsidR="00B44060">
          <w:rPr>
            <w:noProof/>
            <w:webHidden/>
          </w:rPr>
          <w:fldChar w:fldCharType="end"/>
        </w:r>
      </w:hyperlink>
    </w:p>
    <w:p w:rsidR="00B44060" w:rsidRDefault="0007235F">
      <w:pPr>
        <w:pStyle w:val="Abbildungsverzeichnis"/>
        <w:tabs>
          <w:tab w:val="right" w:leader="dot" w:pos="8630"/>
        </w:tabs>
        <w:rPr>
          <w:noProof/>
          <w:lang w:val="de-DE" w:eastAsia="de-DE"/>
        </w:rPr>
      </w:pPr>
      <w:hyperlink w:anchor="_Toc195628390" w:history="1">
        <w:r w:rsidR="00B44060" w:rsidRPr="00ED2A80">
          <w:rPr>
            <w:rStyle w:val="Hyperlink"/>
            <w:noProof/>
          </w:rPr>
          <w:t>Abbildung 2: Gantt-Diagramm</w:t>
        </w:r>
        <w:r w:rsidR="00B44060">
          <w:rPr>
            <w:noProof/>
            <w:webHidden/>
          </w:rPr>
          <w:tab/>
        </w:r>
        <w:r w:rsidR="00B44060">
          <w:rPr>
            <w:noProof/>
            <w:webHidden/>
          </w:rPr>
          <w:fldChar w:fldCharType="begin"/>
        </w:r>
        <w:r w:rsidR="00B44060">
          <w:rPr>
            <w:noProof/>
            <w:webHidden/>
          </w:rPr>
          <w:instrText xml:space="preserve"> PAGEREF _Toc195628390 \h </w:instrText>
        </w:r>
        <w:r w:rsidR="00B44060">
          <w:rPr>
            <w:noProof/>
            <w:webHidden/>
          </w:rPr>
        </w:r>
        <w:r w:rsidR="00B44060">
          <w:rPr>
            <w:noProof/>
            <w:webHidden/>
          </w:rPr>
          <w:fldChar w:fldCharType="separate"/>
        </w:r>
        <w:r w:rsidR="00B44060">
          <w:rPr>
            <w:noProof/>
            <w:webHidden/>
          </w:rPr>
          <w:t>11</w:t>
        </w:r>
        <w:r w:rsidR="00B44060">
          <w:rPr>
            <w:noProof/>
            <w:webHidden/>
          </w:rPr>
          <w:fldChar w:fldCharType="end"/>
        </w:r>
      </w:hyperlink>
    </w:p>
    <w:p w:rsidR="00C7781E" w:rsidRDefault="00435EEC" w:rsidP="00435EEC">
      <w:pPr>
        <w:pStyle w:val="Inhaltsverzeichnisberschrift"/>
        <w:rPr>
          <w:rFonts w:cstheme="majorHAnsi"/>
          <w:sz w:val="24"/>
          <w:lang w:val="de-DE"/>
        </w:rPr>
      </w:pPr>
      <w:r>
        <w:rPr>
          <w:lang w:val="de-DE"/>
        </w:rPr>
        <w:fldChar w:fldCharType="end"/>
      </w:r>
      <w:r w:rsidR="00C7781E">
        <w:rPr>
          <w:rFonts w:cstheme="majorHAnsi"/>
          <w:sz w:val="24"/>
          <w:lang w:val="de-DE"/>
        </w:rPr>
        <w:br w:type="page"/>
      </w:r>
    </w:p>
    <w:p w:rsidR="00A315B9" w:rsidRPr="00CB2C99" w:rsidRDefault="006544E0">
      <w:pPr>
        <w:pStyle w:val="berschrift1"/>
        <w:rPr>
          <w:rFonts w:cstheme="majorHAnsi"/>
          <w:lang w:val="de-DE"/>
        </w:rPr>
      </w:pPr>
      <w:bookmarkStart w:id="1" w:name="_Toc195625326"/>
      <w:r w:rsidRPr="00CB2C99">
        <w:rPr>
          <w:rFonts w:cstheme="majorHAnsi"/>
          <w:lang w:val="de-DE"/>
        </w:rPr>
        <w:lastRenderedPageBreak/>
        <w:t>1 Projektstart</w:t>
      </w:r>
      <w:bookmarkEnd w:id="1"/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2" w:name="_Toc195625327"/>
      <w:r w:rsidRPr="00CB2C99">
        <w:rPr>
          <w:rStyle w:val="berschrift2Zchn"/>
          <w:lang w:val="de-DE"/>
        </w:rPr>
        <w:t>1.1 Projektidee</w:t>
      </w:r>
      <w:bookmarkEnd w:id="2"/>
      <w:r w:rsidRPr="00CB2C99">
        <w:rPr>
          <w:rFonts w:asciiTheme="majorHAnsi" w:hAnsiTheme="majorHAnsi" w:cstheme="majorHAnsi"/>
          <w:sz w:val="24"/>
          <w:lang w:val="de-DE"/>
        </w:rPr>
        <w:br/>
        <w:t>[Hier die Projektidee beschreiben]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3" w:name="_Toc195625328"/>
      <w:r w:rsidRPr="00CB2C99">
        <w:rPr>
          <w:rStyle w:val="berschrift2Zchn"/>
          <w:lang w:val="de-DE"/>
        </w:rPr>
        <w:t>1.2 Zielsetzung</w:t>
      </w:r>
      <w:bookmarkEnd w:id="3"/>
      <w:r w:rsidRPr="00CB2C99">
        <w:rPr>
          <w:rFonts w:asciiTheme="majorHAnsi" w:hAnsiTheme="majorHAnsi" w:cstheme="majorHAnsi"/>
          <w:sz w:val="24"/>
          <w:lang w:val="de-DE"/>
        </w:rPr>
        <w:br/>
        <w:t>[Was soll erreicht werden?]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4" w:name="_Toc195625329"/>
      <w:r w:rsidRPr="00CB2C99">
        <w:rPr>
          <w:rStyle w:val="berschrift2Zchn"/>
          <w:lang w:val="de-DE"/>
        </w:rPr>
        <w:t>1.3 Projektbeteiligte</w:t>
      </w:r>
      <w:bookmarkEnd w:id="4"/>
      <w:r w:rsidRPr="00CB2C99">
        <w:rPr>
          <w:rFonts w:asciiTheme="majorHAnsi" w:hAnsiTheme="majorHAnsi" w:cstheme="majorHAnsi"/>
          <w:sz w:val="24"/>
          <w:lang w:val="de-DE"/>
        </w:rPr>
        <w:br/>
        <w:t>[Wer ist involviert? Rollen?]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5" w:name="_Toc195625330"/>
      <w:r w:rsidRPr="00CB2C99">
        <w:rPr>
          <w:rStyle w:val="berschrift2Zchn"/>
          <w:lang w:val="de-DE"/>
        </w:rPr>
        <w:t>1.4 Rahmenbedingungen</w:t>
      </w:r>
      <w:bookmarkEnd w:id="5"/>
      <w:r w:rsidRPr="00CB2C99">
        <w:rPr>
          <w:rFonts w:asciiTheme="majorHAnsi" w:hAnsiTheme="majorHAnsi" w:cstheme="majorHAnsi"/>
          <w:sz w:val="24"/>
          <w:lang w:val="de-DE"/>
        </w:rPr>
        <w:br/>
        <w:t>[Zeit, Budget, Ressourcen]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r w:rsidRPr="00CB2C99">
        <w:rPr>
          <w:rFonts w:asciiTheme="majorHAnsi" w:hAnsiTheme="majorHAnsi" w:cstheme="majorHAnsi"/>
          <w:sz w:val="24"/>
          <w:lang w:val="de-DE"/>
        </w:rPr>
        <w:br w:type="page"/>
      </w:r>
    </w:p>
    <w:p w:rsidR="00A315B9" w:rsidRPr="00CB2C99" w:rsidRDefault="006544E0">
      <w:pPr>
        <w:pStyle w:val="berschrift1"/>
        <w:rPr>
          <w:rFonts w:cstheme="majorHAnsi"/>
          <w:lang w:val="de-DE"/>
        </w:rPr>
      </w:pPr>
      <w:bookmarkStart w:id="6" w:name="_Toc195625331"/>
      <w:r w:rsidRPr="00CB2C99">
        <w:rPr>
          <w:rFonts w:cstheme="majorHAnsi"/>
          <w:lang w:val="de-DE"/>
        </w:rPr>
        <w:t>2 Projektplanung</w:t>
      </w:r>
      <w:bookmarkEnd w:id="6"/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7" w:name="_Toc195625332"/>
      <w:r w:rsidRPr="00CB2C99">
        <w:rPr>
          <w:rStyle w:val="berschrift2Zchn"/>
          <w:lang w:val="de-DE"/>
        </w:rPr>
        <w:t>2.1 Aufgaben &amp; Meilensteine</w:t>
      </w:r>
      <w:bookmarkEnd w:id="7"/>
      <w:r w:rsidRPr="00CB2C99">
        <w:rPr>
          <w:rFonts w:asciiTheme="majorHAnsi" w:hAnsiTheme="majorHAnsi" w:cstheme="majorHAnsi"/>
          <w:sz w:val="24"/>
          <w:lang w:val="de-DE"/>
        </w:rPr>
        <w:br/>
        <w:t>[Tabelle oder Liste hier einfügen]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8" w:name="_Toc195625333"/>
      <w:r w:rsidRPr="00CB2C99">
        <w:rPr>
          <w:rStyle w:val="berschrift2Zchn"/>
          <w:lang w:val="de-DE"/>
        </w:rPr>
        <w:t>2.2 Zeitplan</w:t>
      </w:r>
      <w:bookmarkEnd w:id="8"/>
      <w:r w:rsidRPr="00CB2C99">
        <w:rPr>
          <w:rFonts w:asciiTheme="majorHAnsi" w:hAnsiTheme="majorHAnsi" w:cstheme="majorHAnsi"/>
          <w:sz w:val="24"/>
          <w:lang w:val="de-DE"/>
        </w:rPr>
        <w:br/>
        <w:t>[Zeitliche Planung als Text oder Gantt-Diagramm]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9" w:name="_Toc195625334"/>
      <w:r w:rsidRPr="00CB2C99">
        <w:rPr>
          <w:rStyle w:val="berschrift2Zchn"/>
          <w:lang w:val="de-DE"/>
        </w:rPr>
        <w:t>2.3 Ressourcenplanung</w:t>
      </w:r>
      <w:bookmarkEnd w:id="9"/>
      <w:r w:rsidRPr="00CB2C99">
        <w:rPr>
          <w:rFonts w:asciiTheme="majorHAnsi" w:hAnsiTheme="majorHAnsi" w:cstheme="majorHAnsi"/>
          <w:sz w:val="24"/>
          <w:lang w:val="de-DE"/>
        </w:rPr>
        <w:br/>
        <w:t>[Materialien, Personal, Tools]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0" w:name="_Toc195625335"/>
      <w:r w:rsidRPr="00CB2C99">
        <w:rPr>
          <w:rStyle w:val="berschrift2Zchn"/>
          <w:lang w:val="de-DE"/>
        </w:rPr>
        <w:t>2.4 Risiken &amp; Maßnahmen</w:t>
      </w:r>
      <w:bookmarkEnd w:id="10"/>
      <w:r w:rsidRPr="00CB2C99">
        <w:rPr>
          <w:rFonts w:asciiTheme="majorHAnsi" w:hAnsiTheme="majorHAnsi" w:cstheme="majorHAnsi"/>
          <w:sz w:val="24"/>
          <w:lang w:val="de-DE"/>
        </w:rPr>
        <w:br/>
        <w:t>[Risikomanagement]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r w:rsidRPr="00CB2C99">
        <w:rPr>
          <w:rFonts w:asciiTheme="majorHAnsi" w:hAnsiTheme="majorHAnsi" w:cstheme="majorHAnsi"/>
          <w:sz w:val="24"/>
          <w:lang w:val="de-DE"/>
        </w:rPr>
        <w:br w:type="page"/>
      </w:r>
    </w:p>
    <w:p w:rsidR="00A315B9" w:rsidRPr="00CB2C99" w:rsidRDefault="006544E0" w:rsidP="00D10593">
      <w:pPr>
        <w:pStyle w:val="berschrift1"/>
        <w:rPr>
          <w:lang w:val="de-DE"/>
        </w:rPr>
      </w:pPr>
      <w:bookmarkStart w:id="11" w:name="_Toc195625336"/>
      <w:r w:rsidRPr="00CB2C99">
        <w:rPr>
          <w:lang w:val="de-DE"/>
        </w:rPr>
        <w:t>3 Projektdurchführung</w:t>
      </w:r>
      <w:bookmarkEnd w:id="11"/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2" w:name="_Toc195625337"/>
      <w:r w:rsidRPr="00CB2C99">
        <w:rPr>
          <w:rStyle w:val="berschrift2Zchn"/>
          <w:lang w:val="de-DE"/>
        </w:rPr>
        <w:t>3.1 Umsetzung</w:t>
      </w:r>
      <w:bookmarkEnd w:id="12"/>
      <w:r w:rsidRPr="00CB2C99">
        <w:rPr>
          <w:rFonts w:asciiTheme="majorHAnsi" w:hAnsiTheme="majorHAnsi" w:cstheme="majorHAnsi"/>
          <w:sz w:val="24"/>
          <w:lang w:val="de-DE"/>
        </w:rPr>
        <w:br/>
        <w:t>[Wie wurde das Projekt umgesetzt?]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3" w:name="_Toc195625338"/>
      <w:r w:rsidRPr="00CB2C99">
        <w:rPr>
          <w:rStyle w:val="berschrift2Zchn"/>
          <w:lang w:val="de-DE"/>
        </w:rPr>
        <w:t>3.2 Herausforderungen &amp; Lösungen</w:t>
      </w:r>
      <w:bookmarkEnd w:id="13"/>
      <w:r w:rsidRPr="00CB2C99">
        <w:rPr>
          <w:rFonts w:asciiTheme="majorHAnsi" w:hAnsiTheme="majorHAnsi" w:cstheme="majorHAnsi"/>
          <w:sz w:val="24"/>
          <w:lang w:val="de-DE"/>
        </w:rPr>
        <w:br/>
        <w:t>[Was lief gut/schlecht?]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4" w:name="_Toc195625339"/>
      <w:r w:rsidRPr="00CB2C99">
        <w:rPr>
          <w:rStyle w:val="berschrift2Zchn"/>
          <w:lang w:val="de-DE"/>
        </w:rPr>
        <w:t>3.3 Kommunikationsverlauf</w:t>
      </w:r>
      <w:bookmarkEnd w:id="14"/>
      <w:r w:rsidRPr="00CB2C99">
        <w:rPr>
          <w:rFonts w:asciiTheme="majorHAnsi" w:hAnsiTheme="majorHAnsi" w:cstheme="majorHAnsi"/>
          <w:sz w:val="24"/>
          <w:lang w:val="de-DE"/>
        </w:rPr>
        <w:br/>
        <w:t>[Meetings, Absprachen, Änderungen]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r w:rsidRPr="00CB2C99">
        <w:rPr>
          <w:rFonts w:asciiTheme="majorHAnsi" w:hAnsiTheme="majorHAnsi" w:cstheme="majorHAnsi"/>
          <w:sz w:val="24"/>
          <w:lang w:val="de-DE"/>
        </w:rPr>
        <w:br w:type="page"/>
      </w:r>
    </w:p>
    <w:p w:rsidR="00A315B9" w:rsidRPr="00CB2C99" w:rsidRDefault="006544E0">
      <w:pPr>
        <w:pStyle w:val="berschrift1"/>
        <w:rPr>
          <w:rFonts w:cstheme="majorHAnsi"/>
          <w:lang w:val="de-DE"/>
        </w:rPr>
      </w:pPr>
      <w:bookmarkStart w:id="15" w:name="_Toc195625340"/>
      <w:r w:rsidRPr="00CB2C99">
        <w:rPr>
          <w:rFonts w:cstheme="majorHAnsi"/>
          <w:lang w:val="de-DE"/>
        </w:rPr>
        <w:t>4 Projektabschluss</w:t>
      </w:r>
      <w:bookmarkEnd w:id="15"/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6" w:name="_Toc195625341"/>
      <w:r w:rsidRPr="00CB2C99">
        <w:rPr>
          <w:rStyle w:val="berschrift2Zchn"/>
          <w:lang w:val="de-DE"/>
        </w:rPr>
        <w:t>4.1 Ergebnisbewertung</w:t>
      </w:r>
      <w:bookmarkEnd w:id="16"/>
      <w:r w:rsidRPr="00CB2C99">
        <w:rPr>
          <w:rFonts w:asciiTheme="majorHAnsi" w:hAnsiTheme="majorHAnsi" w:cstheme="majorHAnsi"/>
          <w:sz w:val="24"/>
          <w:lang w:val="de-DE"/>
        </w:rPr>
        <w:br/>
        <w:t>[Wurden Ziele erreicht?]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7" w:name="_Toc195625342"/>
      <w:r w:rsidRPr="00CB2C99">
        <w:rPr>
          <w:rStyle w:val="berschrift2Zchn"/>
          <w:lang w:val="de-DE"/>
        </w:rPr>
        <w:t>4.2 Learnings</w:t>
      </w:r>
      <w:bookmarkEnd w:id="17"/>
      <w:r w:rsidRPr="00CB2C99">
        <w:rPr>
          <w:rFonts w:asciiTheme="majorHAnsi" w:hAnsiTheme="majorHAnsi" w:cstheme="majorHAnsi"/>
          <w:sz w:val="24"/>
          <w:lang w:val="de-DE"/>
        </w:rPr>
        <w:br/>
        <w:t>[Was wurde gelernt?]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8" w:name="_Toc195625343"/>
      <w:r w:rsidRPr="00CB2C99">
        <w:rPr>
          <w:rStyle w:val="berschrift2Zchn"/>
          <w:lang w:val="de-DE"/>
        </w:rPr>
        <w:t>4.3 To-Dos nach Projektende</w:t>
      </w:r>
      <w:bookmarkEnd w:id="18"/>
      <w:r w:rsidRPr="00CB2C99">
        <w:rPr>
          <w:rFonts w:asciiTheme="majorHAnsi" w:hAnsiTheme="majorHAnsi" w:cstheme="majorHAnsi"/>
          <w:sz w:val="24"/>
          <w:lang w:val="de-DE"/>
        </w:rPr>
        <w:br/>
        <w:t>[Wartung, Übergabe, Feedback]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bookmarkStart w:id="19" w:name="_Toc195625344"/>
      <w:r w:rsidRPr="00CB2C99">
        <w:rPr>
          <w:rStyle w:val="berschrift2Zchn"/>
          <w:lang w:val="de-DE"/>
        </w:rPr>
        <w:t>4.4 Verbesserungsvorschläge</w:t>
      </w:r>
      <w:bookmarkEnd w:id="19"/>
      <w:r w:rsidRPr="00CB2C99">
        <w:rPr>
          <w:rFonts w:asciiTheme="majorHAnsi" w:hAnsiTheme="majorHAnsi" w:cstheme="majorHAnsi"/>
          <w:sz w:val="24"/>
          <w:lang w:val="de-DE"/>
        </w:rPr>
        <w:br/>
        <w:t>[Optimierungsmöglichkeiten]</w:t>
      </w:r>
    </w:p>
    <w:p w:rsidR="00A315B9" w:rsidRPr="00CB2C99" w:rsidRDefault="006544E0">
      <w:pPr>
        <w:rPr>
          <w:rFonts w:asciiTheme="majorHAnsi" w:hAnsiTheme="majorHAnsi" w:cstheme="majorHAnsi"/>
          <w:sz w:val="24"/>
          <w:lang w:val="de-DE"/>
        </w:rPr>
      </w:pPr>
      <w:r w:rsidRPr="00CB2C99">
        <w:rPr>
          <w:rFonts w:asciiTheme="majorHAnsi" w:hAnsiTheme="majorHAnsi" w:cstheme="majorHAnsi"/>
          <w:sz w:val="24"/>
          <w:lang w:val="de-DE"/>
        </w:rPr>
        <w:br w:type="page"/>
      </w:r>
    </w:p>
    <w:p w:rsidR="0014734B" w:rsidRPr="00CB2C99" w:rsidRDefault="0014734B" w:rsidP="0014734B">
      <w:pPr>
        <w:pStyle w:val="berschrift1"/>
        <w:rPr>
          <w:lang w:val="de-DE"/>
        </w:rPr>
      </w:pPr>
      <w:bookmarkStart w:id="20" w:name="_Toc195625345"/>
      <w:r w:rsidRPr="00CB2C99">
        <w:rPr>
          <w:lang w:val="de-DE"/>
        </w:rPr>
        <w:t>5 Tabellen</w:t>
      </w:r>
      <w:bookmarkEnd w:id="20"/>
    </w:p>
    <w:tbl>
      <w:tblPr>
        <w:tblStyle w:val="Gitternetztabelle3Akzent5"/>
        <w:tblW w:w="9322" w:type="dxa"/>
        <w:tblLayout w:type="fixed"/>
        <w:tblLook w:val="04A0" w:firstRow="1" w:lastRow="0" w:firstColumn="1" w:lastColumn="0" w:noHBand="0" w:noVBand="1"/>
      </w:tblPr>
      <w:tblGrid>
        <w:gridCol w:w="2376"/>
        <w:gridCol w:w="1701"/>
        <w:gridCol w:w="1457"/>
        <w:gridCol w:w="1945"/>
        <w:gridCol w:w="1843"/>
      </w:tblGrid>
      <w:tr w:rsidR="00BB266B" w:rsidRPr="00CB2C99" w:rsidTr="00BB26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376" w:type="dxa"/>
          </w:tcPr>
          <w:p w:rsidR="00D10593" w:rsidRPr="00435EEC" w:rsidRDefault="00D10593" w:rsidP="0014734B">
            <w:pPr>
              <w:rPr>
                <w:rFonts w:asciiTheme="majorHAnsi" w:hAnsiTheme="majorHAnsi" w:cstheme="majorHAnsi"/>
                <w:lang w:val="de-DE"/>
              </w:rPr>
            </w:pPr>
            <w:r w:rsidRPr="00435EEC">
              <w:rPr>
                <w:rFonts w:asciiTheme="majorHAnsi" w:hAnsiTheme="majorHAnsi" w:cstheme="majorHAnsi"/>
                <w:lang w:val="de-DE"/>
              </w:rPr>
              <w:t>Meilenstein</w:t>
            </w:r>
          </w:p>
        </w:tc>
        <w:tc>
          <w:tcPr>
            <w:tcW w:w="1701" w:type="dxa"/>
          </w:tcPr>
          <w:p w:rsidR="00D10593" w:rsidRPr="00435EEC" w:rsidRDefault="00D10593" w:rsidP="001473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435EEC">
              <w:rPr>
                <w:rFonts w:asciiTheme="majorHAnsi" w:hAnsiTheme="majorHAnsi" w:cstheme="majorHAnsi"/>
                <w:lang w:val="de-DE"/>
              </w:rPr>
              <w:t>Startdatum</w:t>
            </w:r>
          </w:p>
        </w:tc>
        <w:tc>
          <w:tcPr>
            <w:tcW w:w="1457" w:type="dxa"/>
          </w:tcPr>
          <w:p w:rsidR="00D10593" w:rsidRPr="00435EEC" w:rsidRDefault="00D10593" w:rsidP="001473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435EEC">
              <w:rPr>
                <w:rFonts w:asciiTheme="majorHAnsi" w:hAnsiTheme="majorHAnsi" w:cstheme="majorHAnsi"/>
                <w:lang w:val="de-DE"/>
              </w:rPr>
              <w:t>Enddatum</w:t>
            </w:r>
          </w:p>
        </w:tc>
        <w:tc>
          <w:tcPr>
            <w:tcW w:w="1945" w:type="dxa"/>
          </w:tcPr>
          <w:p w:rsidR="00D10593" w:rsidRPr="00435EEC" w:rsidRDefault="00D10593" w:rsidP="001473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435EEC">
              <w:rPr>
                <w:rFonts w:asciiTheme="majorHAnsi" w:hAnsiTheme="majorHAnsi" w:cstheme="majorHAnsi"/>
                <w:lang w:val="de-DE"/>
              </w:rPr>
              <w:t>Verantwortlich</w:t>
            </w:r>
          </w:p>
        </w:tc>
        <w:tc>
          <w:tcPr>
            <w:tcW w:w="1843" w:type="dxa"/>
          </w:tcPr>
          <w:p w:rsidR="00D10593" w:rsidRPr="00435EEC" w:rsidRDefault="00D10593" w:rsidP="001473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435EEC">
              <w:rPr>
                <w:rFonts w:asciiTheme="majorHAnsi" w:hAnsiTheme="majorHAnsi" w:cstheme="majorHAnsi"/>
                <w:lang w:val="de-DE"/>
              </w:rPr>
              <w:t>Status</w:t>
            </w:r>
          </w:p>
        </w:tc>
      </w:tr>
      <w:tr w:rsidR="00BB266B" w:rsidRPr="00CB2C99" w:rsidTr="00BB26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D10593" w:rsidRPr="00CB2C99" w:rsidRDefault="00D10593" w:rsidP="0014734B">
            <w:pPr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Projektstart</w:t>
            </w:r>
          </w:p>
        </w:tc>
        <w:tc>
          <w:tcPr>
            <w:tcW w:w="1701" w:type="dxa"/>
          </w:tcPr>
          <w:p w:rsidR="00D10593" w:rsidRPr="00CB2C99" w:rsidRDefault="00D10593" w:rsidP="00D105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01.05.2025</w:t>
            </w:r>
          </w:p>
        </w:tc>
        <w:tc>
          <w:tcPr>
            <w:tcW w:w="1457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03.05.2025</w:t>
            </w:r>
          </w:p>
        </w:tc>
        <w:tc>
          <w:tcPr>
            <w:tcW w:w="1945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Max Mustermann</w:t>
            </w:r>
          </w:p>
        </w:tc>
        <w:tc>
          <w:tcPr>
            <w:tcW w:w="1843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Abgeschlossen</w:t>
            </w:r>
          </w:p>
        </w:tc>
      </w:tr>
      <w:tr w:rsidR="00D10593" w:rsidRPr="00CB2C99" w:rsidTr="00BB26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D10593" w:rsidRPr="00CB2C99" w:rsidRDefault="00D10593" w:rsidP="0014734B">
            <w:pPr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Anforderungsanalyse</w:t>
            </w:r>
          </w:p>
        </w:tc>
        <w:tc>
          <w:tcPr>
            <w:tcW w:w="1701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04.05.2025</w:t>
            </w:r>
          </w:p>
        </w:tc>
        <w:tc>
          <w:tcPr>
            <w:tcW w:w="1457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07.05.2025</w:t>
            </w:r>
          </w:p>
        </w:tc>
        <w:tc>
          <w:tcPr>
            <w:tcW w:w="1945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Lisa Beispiel</w:t>
            </w:r>
          </w:p>
        </w:tc>
        <w:tc>
          <w:tcPr>
            <w:tcW w:w="1843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In Bearbeitung</w:t>
            </w:r>
          </w:p>
        </w:tc>
      </w:tr>
      <w:tr w:rsidR="00BB266B" w:rsidRPr="00CB2C99" w:rsidTr="00BB26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D10593" w:rsidRPr="00CB2C99" w:rsidRDefault="00D10593" w:rsidP="0014734B">
            <w:pPr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Umsetzung Phase 1</w:t>
            </w:r>
          </w:p>
        </w:tc>
        <w:tc>
          <w:tcPr>
            <w:tcW w:w="1701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08.05.2025</w:t>
            </w:r>
          </w:p>
        </w:tc>
        <w:tc>
          <w:tcPr>
            <w:tcW w:w="1457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15.05.2025</w:t>
            </w:r>
          </w:p>
        </w:tc>
        <w:tc>
          <w:tcPr>
            <w:tcW w:w="1945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Team Dev</w:t>
            </w:r>
          </w:p>
        </w:tc>
        <w:tc>
          <w:tcPr>
            <w:tcW w:w="1843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Geplant</w:t>
            </w:r>
          </w:p>
        </w:tc>
      </w:tr>
      <w:tr w:rsidR="00D10593" w:rsidRPr="00CB2C99" w:rsidTr="00BB26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D10593" w:rsidRPr="00CB2C99" w:rsidRDefault="00D10593" w:rsidP="0014734B">
            <w:pPr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Testing &amp; Feedback</w:t>
            </w:r>
          </w:p>
        </w:tc>
        <w:tc>
          <w:tcPr>
            <w:tcW w:w="1701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16.05.2025</w:t>
            </w:r>
          </w:p>
        </w:tc>
        <w:tc>
          <w:tcPr>
            <w:tcW w:w="1457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20.05.2025</w:t>
            </w:r>
          </w:p>
        </w:tc>
        <w:tc>
          <w:tcPr>
            <w:tcW w:w="1945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QA Team</w:t>
            </w:r>
          </w:p>
        </w:tc>
        <w:tc>
          <w:tcPr>
            <w:tcW w:w="1843" w:type="dxa"/>
          </w:tcPr>
          <w:p w:rsidR="00D10593" w:rsidRPr="00CB2C99" w:rsidRDefault="00D10593" w:rsidP="001473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Geplant</w:t>
            </w:r>
          </w:p>
        </w:tc>
      </w:tr>
      <w:tr w:rsidR="00BB266B" w:rsidRPr="00CB2C99" w:rsidTr="00BB26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D10593" w:rsidRPr="00CB2C99" w:rsidRDefault="00D10593" w:rsidP="0014734B">
            <w:pPr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Abschluss</w:t>
            </w:r>
          </w:p>
        </w:tc>
        <w:tc>
          <w:tcPr>
            <w:tcW w:w="1701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21.05.2025</w:t>
            </w:r>
          </w:p>
        </w:tc>
        <w:tc>
          <w:tcPr>
            <w:tcW w:w="1457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22.05.2025</w:t>
            </w:r>
          </w:p>
        </w:tc>
        <w:tc>
          <w:tcPr>
            <w:tcW w:w="1945" w:type="dxa"/>
          </w:tcPr>
          <w:p w:rsidR="00D10593" w:rsidRPr="00CB2C99" w:rsidRDefault="00D10593" w:rsidP="001473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Max Mustermann</w:t>
            </w:r>
          </w:p>
        </w:tc>
        <w:tc>
          <w:tcPr>
            <w:tcW w:w="1843" w:type="dxa"/>
          </w:tcPr>
          <w:p w:rsidR="00D10593" w:rsidRPr="00CB2C99" w:rsidRDefault="00D10593" w:rsidP="00B44060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de-DE"/>
              </w:rPr>
            </w:pPr>
            <w:r w:rsidRPr="00CB2C99">
              <w:rPr>
                <w:rFonts w:asciiTheme="majorHAnsi" w:hAnsiTheme="majorHAnsi" w:cstheme="majorHAnsi"/>
                <w:lang w:val="de-DE"/>
              </w:rPr>
              <w:t>Geplant</w:t>
            </w:r>
          </w:p>
        </w:tc>
      </w:tr>
    </w:tbl>
    <w:p w:rsidR="00B44060" w:rsidRPr="00B44060" w:rsidRDefault="00B44060">
      <w:pPr>
        <w:pStyle w:val="Beschriftung"/>
        <w:rPr>
          <w:noProof/>
          <w:sz w:val="20"/>
          <w:lang w:val="de-DE"/>
        </w:rPr>
      </w:pPr>
      <w:bookmarkStart w:id="21" w:name="_Toc195628636"/>
      <w:r w:rsidRPr="00B44060">
        <w:rPr>
          <w:noProof/>
          <w:sz w:val="20"/>
          <w:lang w:val="de-DE"/>
        </w:rPr>
        <w:t xml:space="preserve">Tabelle </w:t>
      </w:r>
      <w:r w:rsidRPr="00B44060">
        <w:rPr>
          <w:noProof/>
          <w:sz w:val="20"/>
          <w:lang w:val="de-DE"/>
        </w:rPr>
        <w:fldChar w:fldCharType="begin"/>
      </w:r>
      <w:r w:rsidRPr="00B44060">
        <w:rPr>
          <w:noProof/>
          <w:sz w:val="20"/>
          <w:lang w:val="de-DE"/>
        </w:rPr>
        <w:instrText xml:space="preserve"> SEQ Tabelle \* ARABIC </w:instrText>
      </w:r>
      <w:r w:rsidRPr="00B44060">
        <w:rPr>
          <w:noProof/>
          <w:sz w:val="20"/>
          <w:lang w:val="de-DE"/>
        </w:rPr>
        <w:fldChar w:fldCharType="separate"/>
      </w:r>
      <w:r w:rsidRPr="00B44060">
        <w:rPr>
          <w:noProof/>
          <w:sz w:val="20"/>
          <w:lang w:val="de-DE"/>
        </w:rPr>
        <w:t>1</w:t>
      </w:r>
      <w:r w:rsidRPr="00B44060">
        <w:rPr>
          <w:noProof/>
          <w:sz w:val="20"/>
          <w:lang w:val="de-DE"/>
        </w:rPr>
        <w:fldChar w:fldCharType="end"/>
      </w:r>
      <w:r w:rsidRPr="00B44060">
        <w:rPr>
          <w:noProof/>
          <w:sz w:val="20"/>
          <w:lang w:val="de-DE"/>
        </w:rPr>
        <w:t>: Projektzeitplan (Grobplanung)</w:t>
      </w:r>
      <w:bookmarkEnd w:id="21"/>
    </w:p>
    <w:p w:rsidR="00435EEC" w:rsidRPr="00B44060" w:rsidRDefault="00435EEC" w:rsidP="00435EEC">
      <w:pPr>
        <w:rPr>
          <w:noProof/>
          <w:lang w:val="de-DE"/>
        </w:rPr>
      </w:pPr>
    </w:p>
    <w:tbl>
      <w:tblPr>
        <w:tblStyle w:val="Gitternetztabelle3Akzent5"/>
        <w:tblW w:w="9322" w:type="dxa"/>
        <w:tblLayout w:type="fixed"/>
        <w:tblLook w:val="04A0" w:firstRow="1" w:lastRow="0" w:firstColumn="1" w:lastColumn="0" w:noHBand="0" w:noVBand="1"/>
      </w:tblPr>
      <w:tblGrid>
        <w:gridCol w:w="2376"/>
        <w:gridCol w:w="1701"/>
        <w:gridCol w:w="1985"/>
        <w:gridCol w:w="3260"/>
      </w:tblGrid>
      <w:tr w:rsidR="00435EEC" w:rsidRPr="00B44060" w:rsidTr="00B440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376" w:type="dxa"/>
          </w:tcPr>
          <w:p w:rsidR="00435EEC" w:rsidRPr="00B44060" w:rsidRDefault="00435EEC" w:rsidP="00435EEC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Ressource</w:t>
            </w:r>
          </w:p>
        </w:tc>
        <w:tc>
          <w:tcPr>
            <w:tcW w:w="1701" w:type="dxa"/>
          </w:tcPr>
          <w:p w:rsidR="00435EEC" w:rsidRPr="00B44060" w:rsidRDefault="00435EEC" w:rsidP="009E7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Art</w:t>
            </w:r>
          </w:p>
        </w:tc>
        <w:tc>
          <w:tcPr>
            <w:tcW w:w="1985" w:type="dxa"/>
          </w:tcPr>
          <w:p w:rsidR="00435EEC" w:rsidRPr="00B44060" w:rsidRDefault="00435EEC" w:rsidP="009E7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Verfügbarkeit</w:t>
            </w:r>
          </w:p>
        </w:tc>
        <w:tc>
          <w:tcPr>
            <w:tcW w:w="3260" w:type="dxa"/>
          </w:tcPr>
          <w:p w:rsidR="00435EEC" w:rsidRPr="00B44060" w:rsidRDefault="00435EEC" w:rsidP="009E7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Bemerkung</w:t>
            </w:r>
          </w:p>
        </w:tc>
      </w:tr>
      <w:tr w:rsidR="00435EEC" w:rsidRPr="00B44060" w:rsidTr="00B440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435EEC" w:rsidRPr="00B44060" w:rsidRDefault="00435EEC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Entwicklerteam</w:t>
            </w:r>
          </w:p>
        </w:tc>
        <w:tc>
          <w:tcPr>
            <w:tcW w:w="1701" w:type="dxa"/>
          </w:tcPr>
          <w:p w:rsidR="00435EEC" w:rsidRPr="00B44060" w:rsidRDefault="00435EEC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Personal</w:t>
            </w:r>
          </w:p>
        </w:tc>
        <w:tc>
          <w:tcPr>
            <w:tcW w:w="1985" w:type="dxa"/>
          </w:tcPr>
          <w:p w:rsidR="00435EEC" w:rsidRPr="00B44060" w:rsidRDefault="00435EEC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3 Personen</w:t>
            </w:r>
          </w:p>
        </w:tc>
        <w:tc>
          <w:tcPr>
            <w:tcW w:w="3260" w:type="dxa"/>
          </w:tcPr>
          <w:p w:rsidR="00435EEC" w:rsidRPr="00B44060" w:rsidRDefault="00435EEC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Fullstack</w:t>
            </w:r>
          </w:p>
        </w:tc>
      </w:tr>
      <w:tr w:rsidR="00435EEC" w:rsidRPr="00B44060" w:rsidTr="00B440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435EEC" w:rsidRPr="00B44060" w:rsidRDefault="00435EEC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Testsystem</w:t>
            </w:r>
          </w:p>
        </w:tc>
        <w:tc>
          <w:tcPr>
            <w:tcW w:w="1701" w:type="dxa"/>
          </w:tcPr>
          <w:p w:rsidR="00435EEC" w:rsidRPr="00B44060" w:rsidRDefault="00435EEC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Technisch</w:t>
            </w:r>
          </w:p>
        </w:tc>
        <w:tc>
          <w:tcPr>
            <w:tcW w:w="1985" w:type="dxa"/>
          </w:tcPr>
          <w:p w:rsidR="00435EEC" w:rsidRPr="00B44060" w:rsidRDefault="00435EEC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24/7</w:t>
            </w:r>
          </w:p>
        </w:tc>
        <w:tc>
          <w:tcPr>
            <w:tcW w:w="3260" w:type="dxa"/>
          </w:tcPr>
          <w:p w:rsidR="00435EEC" w:rsidRPr="00B44060" w:rsidRDefault="00435EEC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Separate Testumgebung</w:t>
            </w:r>
          </w:p>
        </w:tc>
      </w:tr>
      <w:tr w:rsidR="00435EEC" w:rsidRPr="00B44060" w:rsidTr="00B440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435EEC" w:rsidRPr="00B44060" w:rsidRDefault="00435EEC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Budget</w:t>
            </w:r>
          </w:p>
        </w:tc>
        <w:tc>
          <w:tcPr>
            <w:tcW w:w="1701" w:type="dxa"/>
          </w:tcPr>
          <w:p w:rsidR="00435EEC" w:rsidRPr="00B44060" w:rsidRDefault="00435EEC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Finanziell</w:t>
            </w:r>
          </w:p>
        </w:tc>
        <w:tc>
          <w:tcPr>
            <w:tcW w:w="1985" w:type="dxa"/>
          </w:tcPr>
          <w:p w:rsidR="00435EEC" w:rsidRPr="00B44060" w:rsidRDefault="00435EEC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3.000 €</w:t>
            </w:r>
          </w:p>
        </w:tc>
        <w:tc>
          <w:tcPr>
            <w:tcW w:w="3260" w:type="dxa"/>
          </w:tcPr>
          <w:p w:rsidR="00435EEC" w:rsidRPr="00B44060" w:rsidRDefault="00435EEC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Für externe Tools &amp; Lizenzen</w:t>
            </w:r>
          </w:p>
        </w:tc>
      </w:tr>
      <w:tr w:rsidR="00435EEC" w:rsidRPr="00B44060" w:rsidTr="00B440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435EEC" w:rsidRPr="00B44060" w:rsidRDefault="00435EEC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Projektleitung</w:t>
            </w:r>
          </w:p>
        </w:tc>
        <w:tc>
          <w:tcPr>
            <w:tcW w:w="1701" w:type="dxa"/>
          </w:tcPr>
          <w:p w:rsidR="00435EEC" w:rsidRPr="00B44060" w:rsidRDefault="00435EEC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Personal</w:t>
            </w:r>
          </w:p>
        </w:tc>
        <w:tc>
          <w:tcPr>
            <w:tcW w:w="1985" w:type="dxa"/>
          </w:tcPr>
          <w:p w:rsidR="00435EEC" w:rsidRPr="00B44060" w:rsidRDefault="00435EEC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50% Auslastung</w:t>
            </w:r>
          </w:p>
        </w:tc>
        <w:tc>
          <w:tcPr>
            <w:tcW w:w="3260" w:type="dxa"/>
          </w:tcPr>
          <w:p w:rsidR="00435EEC" w:rsidRPr="00B44060" w:rsidRDefault="00B44060" w:rsidP="00B44060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Neben anderem Projekt</w:t>
            </w:r>
          </w:p>
        </w:tc>
      </w:tr>
    </w:tbl>
    <w:p w:rsidR="00B44060" w:rsidRPr="00B44060" w:rsidRDefault="00B44060">
      <w:pPr>
        <w:pStyle w:val="Beschriftung"/>
        <w:rPr>
          <w:noProof/>
          <w:sz w:val="20"/>
          <w:lang w:val="de-DE"/>
        </w:rPr>
      </w:pPr>
      <w:bookmarkStart w:id="22" w:name="_Toc195628637"/>
      <w:r w:rsidRPr="00B44060">
        <w:rPr>
          <w:noProof/>
          <w:sz w:val="20"/>
          <w:lang w:val="de-DE"/>
        </w:rPr>
        <w:t xml:space="preserve">Tabelle </w:t>
      </w:r>
      <w:r w:rsidRPr="00B44060">
        <w:rPr>
          <w:noProof/>
          <w:sz w:val="20"/>
          <w:lang w:val="de-DE"/>
        </w:rPr>
        <w:fldChar w:fldCharType="begin"/>
      </w:r>
      <w:r w:rsidRPr="00B44060">
        <w:rPr>
          <w:noProof/>
          <w:sz w:val="20"/>
          <w:lang w:val="de-DE"/>
        </w:rPr>
        <w:instrText xml:space="preserve"> SEQ Tabelle \* ARABIC </w:instrText>
      </w:r>
      <w:r w:rsidRPr="00B44060">
        <w:rPr>
          <w:noProof/>
          <w:sz w:val="20"/>
          <w:lang w:val="de-DE"/>
        </w:rPr>
        <w:fldChar w:fldCharType="separate"/>
      </w:r>
      <w:r w:rsidRPr="00B44060">
        <w:rPr>
          <w:noProof/>
          <w:sz w:val="20"/>
          <w:lang w:val="de-DE"/>
        </w:rPr>
        <w:t>2</w:t>
      </w:r>
      <w:r w:rsidRPr="00B44060">
        <w:rPr>
          <w:noProof/>
          <w:sz w:val="20"/>
          <w:lang w:val="de-DE"/>
        </w:rPr>
        <w:fldChar w:fldCharType="end"/>
      </w:r>
      <w:r w:rsidRPr="00B44060">
        <w:rPr>
          <w:noProof/>
          <w:sz w:val="20"/>
          <w:lang w:val="de-DE"/>
        </w:rPr>
        <w:t>: Ressourcenübersicht</w:t>
      </w:r>
      <w:bookmarkEnd w:id="22"/>
    </w:p>
    <w:p w:rsidR="00435EEC" w:rsidRPr="00B44060" w:rsidRDefault="00435EEC" w:rsidP="00435EEC">
      <w:pPr>
        <w:rPr>
          <w:noProof/>
          <w:lang w:val="de-DE"/>
        </w:rPr>
      </w:pPr>
    </w:p>
    <w:tbl>
      <w:tblPr>
        <w:tblStyle w:val="Gitternetztabelle3Akzent5"/>
        <w:tblW w:w="9322" w:type="dxa"/>
        <w:tblLayout w:type="fixed"/>
        <w:tblLook w:val="04A0" w:firstRow="1" w:lastRow="0" w:firstColumn="1" w:lastColumn="0" w:noHBand="0" w:noVBand="1"/>
      </w:tblPr>
      <w:tblGrid>
        <w:gridCol w:w="2802"/>
        <w:gridCol w:w="2126"/>
        <w:gridCol w:w="1417"/>
        <w:gridCol w:w="2977"/>
      </w:tblGrid>
      <w:tr w:rsidR="00B44060" w:rsidRPr="00B44060" w:rsidTr="00B440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802" w:type="dxa"/>
          </w:tcPr>
          <w:p w:rsidR="00B44060" w:rsidRPr="00B44060" w:rsidRDefault="00B44060" w:rsidP="00B44060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Risiko</w:t>
            </w:r>
          </w:p>
        </w:tc>
        <w:tc>
          <w:tcPr>
            <w:tcW w:w="2126" w:type="dxa"/>
          </w:tcPr>
          <w:p w:rsidR="00B44060" w:rsidRPr="00B44060" w:rsidRDefault="00B44060" w:rsidP="009E7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Wahrscheinlichkeit</w:t>
            </w:r>
          </w:p>
        </w:tc>
        <w:tc>
          <w:tcPr>
            <w:tcW w:w="1417" w:type="dxa"/>
          </w:tcPr>
          <w:p w:rsidR="00B44060" w:rsidRPr="00B44060" w:rsidRDefault="00B44060" w:rsidP="009E7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Auswirkung</w:t>
            </w:r>
          </w:p>
        </w:tc>
        <w:tc>
          <w:tcPr>
            <w:tcW w:w="2977" w:type="dxa"/>
          </w:tcPr>
          <w:p w:rsidR="00B44060" w:rsidRPr="00B44060" w:rsidRDefault="00B44060" w:rsidP="009E7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Maßnahme</w:t>
            </w:r>
          </w:p>
        </w:tc>
      </w:tr>
      <w:tr w:rsidR="00B44060" w:rsidRPr="00B44060" w:rsidTr="00B440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</w:tcPr>
          <w:p w:rsidR="00B44060" w:rsidRPr="00B44060" w:rsidRDefault="00B44060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Ausfall eines Teammitglieds</w:t>
            </w:r>
          </w:p>
        </w:tc>
        <w:tc>
          <w:tcPr>
            <w:tcW w:w="2126" w:type="dxa"/>
          </w:tcPr>
          <w:p w:rsidR="00B44060" w:rsidRPr="00B44060" w:rsidRDefault="00B44060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Mittel</w:t>
            </w:r>
          </w:p>
        </w:tc>
        <w:tc>
          <w:tcPr>
            <w:tcW w:w="1417" w:type="dxa"/>
          </w:tcPr>
          <w:p w:rsidR="00B44060" w:rsidRPr="00B44060" w:rsidRDefault="00B44060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Hoch</w:t>
            </w:r>
          </w:p>
        </w:tc>
        <w:tc>
          <w:tcPr>
            <w:tcW w:w="2977" w:type="dxa"/>
          </w:tcPr>
          <w:p w:rsidR="00B44060" w:rsidRPr="00B44060" w:rsidRDefault="00B44060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Backup-Ressource einplanen</w:t>
            </w:r>
          </w:p>
        </w:tc>
      </w:tr>
      <w:tr w:rsidR="00B44060" w:rsidRPr="00B44060" w:rsidTr="00B440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</w:tcPr>
          <w:p w:rsidR="00B44060" w:rsidRPr="00B44060" w:rsidRDefault="00B44060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Tool-Kompatibilität</w:t>
            </w:r>
          </w:p>
        </w:tc>
        <w:tc>
          <w:tcPr>
            <w:tcW w:w="2126" w:type="dxa"/>
          </w:tcPr>
          <w:p w:rsidR="00B44060" w:rsidRPr="00B44060" w:rsidRDefault="00B44060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Hoch</w:t>
            </w:r>
          </w:p>
        </w:tc>
        <w:tc>
          <w:tcPr>
            <w:tcW w:w="1417" w:type="dxa"/>
          </w:tcPr>
          <w:p w:rsidR="00B44060" w:rsidRPr="00B44060" w:rsidRDefault="00B44060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Mittel</w:t>
            </w:r>
          </w:p>
        </w:tc>
        <w:tc>
          <w:tcPr>
            <w:tcW w:w="2977" w:type="dxa"/>
          </w:tcPr>
          <w:p w:rsidR="00B44060" w:rsidRPr="00B44060" w:rsidRDefault="00B44060" w:rsidP="009E78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Vorab Tests durchführen</w:t>
            </w:r>
          </w:p>
        </w:tc>
      </w:tr>
      <w:tr w:rsidR="00B44060" w:rsidRPr="00B44060" w:rsidTr="00B440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</w:tcPr>
          <w:p w:rsidR="00B44060" w:rsidRPr="00B44060" w:rsidRDefault="00B44060" w:rsidP="009E78D3">
            <w:pPr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Zeitüberschreitung</w:t>
            </w:r>
          </w:p>
        </w:tc>
        <w:tc>
          <w:tcPr>
            <w:tcW w:w="2126" w:type="dxa"/>
          </w:tcPr>
          <w:p w:rsidR="00B44060" w:rsidRPr="00B44060" w:rsidRDefault="00B44060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Mittel</w:t>
            </w:r>
          </w:p>
        </w:tc>
        <w:tc>
          <w:tcPr>
            <w:tcW w:w="1417" w:type="dxa"/>
          </w:tcPr>
          <w:p w:rsidR="00B44060" w:rsidRPr="00B44060" w:rsidRDefault="00B44060" w:rsidP="009E78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Hoch</w:t>
            </w:r>
          </w:p>
        </w:tc>
        <w:tc>
          <w:tcPr>
            <w:tcW w:w="2977" w:type="dxa"/>
          </w:tcPr>
          <w:p w:rsidR="00B44060" w:rsidRPr="00B44060" w:rsidRDefault="00B44060" w:rsidP="00B44060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noProof/>
                <w:lang w:val="de-DE"/>
              </w:rPr>
            </w:pPr>
            <w:r w:rsidRPr="00B44060">
              <w:rPr>
                <w:rFonts w:asciiTheme="majorHAnsi" w:hAnsiTheme="majorHAnsi" w:cstheme="majorHAnsi"/>
                <w:noProof/>
                <w:lang w:val="de-DE"/>
              </w:rPr>
              <w:t>Pufferzeiten einbauen</w:t>
            </w:r>
          </w:p>
        </w:tc>
      </w:tr>
    </w:tbl>
    <w:p w:rsidR="00B44060" w:rsidRPr="00B44060" w:rsidRDefault="00B44060">
      <w:pPr>
        <w:pStyle w:val="Beschriftung"/>
        <w:rPr>
          <w:noProof/>
          <w:sz w:val="20"/>
          <w:lang w:val="de-DE"/>
        </w:rPr>
      </w:pPr>
      <w:bookmarkStart w:id="23" w:name="_Toc195628638"/>
      <w:r w:rsidRPr="00B44060">
        <w:rPr>
          <w:noProof/>
          <w:sz w:val="20"/>
          <w:lang w:val="de-DE"/>
        </w:rPr>
        <w:t xml:space="preserve">Tabelle </w:t>
      </w:r>
      <w:r w:rsidRPr="00B44060">
        <w:rPr>
          <w:noProof/>
          <w:sz w:val="20"/>
          <w:lang w:val="de-DE"/>
        </w:rPr>
        <w:fldChar w:fldCharType="begin"/>
      </w:r>
      <w:r w:rsidRPr="00B44060">
        <w:rPr>
          <w:noProof/>
          <w:sz w:val="20"/>
          <w:lang w:val="de-DE"/>
        </w:rPr>
        <w:instrText xml:space="preserve"> SEQ Tabelle \* ARABIC </w:instrText>
      </w:r>
      <w:r w:rsidRPr="00B44060">
        <w:rPr>
          <w:noProof/>
          <w:sz w:val="20"/>
          <w:lang w:val="de-DE"/>
        </w:rPr>
        <w:fldChar w:fldCharType="separate"/>
      </w:r>
      <w:r w:rsidRPr="00B44060">
        <w:rPr>
          <w:noProof/>
          <w:sz w:val="20"/>
          <w:lang w:val="de-DE"/>
        </w:rPr>
        <w:t>3</w:t>
      </w:r>
      <w:r w:rsidRPr="00B44060">
        <w:rPr>
          <w:noProof/>
          <w:sz w:val="20"/>
          <w:lang w:val="de-DE"/>
        </w:rPr>
        <w:fldChar w:fldCharType="end"/>
      </w:r>
      <w:r w:rsidRPr="00B44060">
        <w:rPr>
          <w:noProof/>
          <w:sz w:val="20"/>
          <w:lang w:val="de-DE"/>
        </w:rPr>
        <w:t>: Risikomatrix</w:t>
      </w:r>
      <w:bookmarkEnd w:id="23"/>
    </w:p>
    <w:p w:rsidR="00435EEC" w:rsidRPr="00435EEC" w:rsidRDefault="00435EEC" w:rsidP="00435EEC">
      <w:pPr>
        <w:rPr>
          <w:lang w:val="de-DE"/>
        </w:rPr>
      </w:pPr>
    </w:p>
    <w:p w:rsidR="0014734B" w:rsidRPr="00CB2C99" w:rsidRDefault="0014734B" w:rsidP="0014734B">
      <w:pPr>
        <w:rPr>
          <w:rFonts w:asciiTheme="majorHAnsi" w:eastAsiaTheme="majorEastAsia" w:hAnsiTheme="majorHAnsi" w:cstheme="majorBidi"/>
          <w:color w:val="365F91" w:themeColor="accent1" w:themeShade="BF"/>
          <w:sz w:val="28"/>
          <w:szCs w:val="28"/>
          <w:lang w:val="de-DE"/>
        </w:rPr>
      </w:pPr>
      <w:r w:rsidRPr="00CB2C99">
        <w:rPr>
          <w:lang w:val="de-DE"/>
        </w:rPr>
        <w:br w:type="page"/>
      </w:r>
    </w:p>
    <w:p w:rsidR="0014734B" w:rsidRPr="00CB2C99" w:rsidRDefault="0014734B" w:rsidP="0014734B">
      <w:pPr>
        <w:pStyle w:val="berschrift1"/>
        <w:rPr>
          <w:lang w:val="de-DE"/>
        </w:rPr>
      </w:pPr>
      <w:bookmarkStart w:id="24" w:name="_Toc195625346"/>
      <w:r w:rsidRPr="00CB2C99">
        <w:rPr>
          <w:lang w:val="de-DE"/>
        </w:rPr>
        <w:t>6 Checklisten</w:t>
      </w:r>
      <w:bookmarkEnd w:id="24"/>
    </w:p>
    <w:p w:rsidR="006544E0" w:rsidRDefault="006544E0" w:rsidP="006544E0">
      <w:pPr>
        <w:rPr>
          <w:rFonts w:asciiTheme="majorHAnsi" w:hAnsiTheme="majorHAnsi" w:cstheme="majorHAnsi"/>
          <w:lang w:val="de-DE"/>
        </w:rPr>
      </w:pPr>
      <w:r w:rsidRPr="00CB2C99">
        <w:rPr>
          <w:rFonts w:asciiTheme="majorHAnsi" w:hAnsiTheme="majorHAnsi" w:cstheme="majorHAnsi"/>
          <w:sz w:val="24"/>
          <w:u w:val="single"/>
          <w:lang w:val="de-DE"/>
        </w:rPr>
        <w:t>1. Vor Projektstart</w:t>
      </w:r>
      <w:r w:rsidR="00CB2C99">
        <w:rPr>
          <w:rFonts w:asciiTheme="majorHAnsi" w:hAnsiTheme="majorHAnsi" w:cstheme="majorHAnsi"/>
          <w:sz w:val="24"/>
          <w:u w:val="single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350030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C99"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Projektauftrag genehmigt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788722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C99"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Stakeholder identifiziert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1904266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C99"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Kick-Off Meeting durchgeführt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319652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C99"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Ressourcen eingeplant</w:t>
      </w:r>
    </w:p>
    <w:p w:rsidR="00CB2C99" w:rsidRDefault="00CB2C99" w:rsidP="00CB2C99">
      <w:pPr>
        <w:rPr>
          <w:rFonts w:asciiTheme="majorHAnsi" w:hAnsiTheme="majorHAnsi" w:cstheme="majorHAnsi"/>
          <w:lang w:val="de-DE"/>
        </w:rPr>
      </w:pPr>
      <w:r>
        <w:rPr>
          <w:rFonts w:asciiTheme="majorHAnsi" w:hAnsiTheme="majorHAnsi" w:cstheme="majorHAnsi"/>
          <w:sz w:val="24"/>
          <w:u w:val="single"/>
          <w:lang w:val="de-DE"/>
        </w:rPr>
        <w:t>2</w:t>
      </w:r>
      <w:r w:rsidRPr="00CB2C99">
        <w:rPr>
          <w:rFonts w:asciiTheme="majorHAnsi" w:hAnsiTheme="majorHAnsi" w:cstheme="majorHAnsi"/>
          <w:sz w:val="24"/>
          <w:u w:val="single"/>
          <w:lang w:val="de-DE"/>
        </w:rPr>
        <w:t>. Anforderungsanalyse</w:t>
      </w:r>
      <w:r>
        <w:rPr>
          <w:rFonts w:asciiTheme="majorHAnsi" w:hAnsiTheme="majorHAnsi" w:cstheme="majorHAnsi"/>
          <w:sz w:val="24"/>
          <w:u w:val="single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370748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Anforderungen aufgenommen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1891770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Dokumentation erstellt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391726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Vom Kunden freigegeben</w:t>
      </w:r>
    </w:p>
    <w:p w:rsidR="00CB2C99" w:rsidRDefault="00CB2C99" w:rsidP="00CB2C99">
      <w:pPr>
        <w:rPr>
          <w:rFonts w:asciiTheme="majorHAnsi" w:hAnsiTheme="majorHAnsi" w:cstheme="majorHAnsi"/>
          <w:lang w:val="de-DE"/>
        </w:rPr>
      </w:pPr>
      <w:r>
        <w:rPr>
          <w:rFonts w:asciiTheme="majorHAnsi" w:hAnsiTheme="majorHAnsi" w:cstheme="majorHAnsi"/>
          <w:sz w:val="24"/>
          <w:u w:val="single"/>
          <w:lang w:val="de-DE"/>
        </w:rPr>
        <w:t>3</w:t>
      </w:r>
      <w:r w:rsidRPr="00CB2C99">
        <w:rPr>
          <w:rFonts w:asciiTheme="majorHAnsi" w:hAnsiTheme="majorHAnsi" w:cstheme="majorHAnsi"/>
          <w:sz w:val="24"/>
          <w:u w:val="single"/>
          <w:lang w:val="de-DE"/>
        </w:rPr>
        <w:t>. Planung</w:t>
      </w:r>
      <w:r>
        <w:rPr>
          <w:rFonts w:asciiTheme="majorHAnsi" w:hAnsiTheme="majorHAnsi" w:cstheme="majorHAnsi"/>
          <w:sz w:val="24"/>
          <w:u w:val="single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1458145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Zeitplan erstellt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20644354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Risiken bewertet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67488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Verantwortlichkeiten verteilt</w:t>
      </w:r>
    </w:p>
    <w:p w:rsidR="00CB2C99" w:rsidRDefault="00CB2C99" w:rsidP="00CB2C99">
      <w:pPr>
        <w:rPr>
          <w:rFonts w:asciiTheme="majorHAnsi" w:hAnsiTheme="majorHAnsi" w:cstheme="majorHAnsi"/>
          <w:lang w:val="de-DE"/>
        </w:rPr>
      </w:pPr>
      <w:r>
        <w:rPr>
          <w:rFonts w:asciiTheme="majorHAnsi" w:hAnsiTheme="majorHAnsi" w:cstheme="majorHAnsi"/>
          <w:sz w:val="24"/>
          <w:u w:val="single"/>
          <w:lang w:val="de-DE"/>
        </w:rPr>
        <w:t>4</w:t>
      </w:r>
      <w:r w:rsidRPr="00CB2C99">
        <w:rPr>
          <w:rFonts w:asciiTheme="majorHAnsi" w:hAnsiTheme="majorHAnsi" w:cstheme="majorHAnsi"/>
          <w:sz w:val="24"/>
          <w:u w:val="single"/>
          <w:lang w:val="de-DE"/>
        </w:rPr>
        <w:t>. Umsetzung</w:t>
      </w:r>
      <w:r>
        <w:rPr>
          <w:rFonts w:asciiTheme="majorHAnsi" w:hAnsiTheme="majorHAnsi" w:cstheme="majorHAnsi"/>
          <w:sz w:val="24"/>
          <w:u w:val="single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864352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Projektstruktur steht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384703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Erste Testläufe erfolgreich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1889840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Funktionalität validiert</w:t>
      </w:r>
    </w:p>
    <w:p w:rsidR="00CB2C99" w:rsidRDefault="00CB2C99" w:rsidP="00CB2C99">
      <w:pPr>
        <w:rPr>
          <w:rFonts w:asciiTheme="majorHAnsi" w:hAnsiTheme="majorHAnsi" w:cstheme="majorHAnsi"/>
          <w:lang w:val="de-DE"/>
        </w:rPr>
      </w:pPr>
      <w:r>
        <w:rPr>
          <w:rFonts w:asciiTheme="majorHAnsi" w:hAnsiTheme="majorHAnsi" w:cstheme="majorHAnsi"/>
          <w:sz w:val="24"/>
          <w:u w:val="single"/>
          <w:lang w:val="de-DE"/>
        </w:rPr>
        <w:t>5</w:t>
      </w:r>
      <w:r w:rsidRPr="00CB2C99">
        <w:rPr>
          <w:rFonts w:asciiTheme="majorHAnsi" w:hAnsiTheme="majorHAnsi" w:cstheme="majorHAnsi"/>
          <w:sz w:val="24"/>
          <w:u w:val="single"/>
          <w:lang w:val="de-DE"/>
        </w:rPr>
        <w:t>. Abnahme</w:t>
      </w:r>
      <w:r>
        <w:rPr>
          <w:rFonts w:asciiTheme="majorHAnsi" w:hAnsiTheme="majorHAnsi" w:cstheme="majorHAnsi"/>
          <w:sz w:val="24"/>
          <w:u w:val="single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551737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Kunde testet Lösung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14579158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Abnahmeprotokoll unterschrieben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786884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Feedback aufgenommen</w:t>
      </w:r>
    </w:p>
    <w:p w:rsidR="00CB2C99" w:rsidRDefault="00CB2C99" w:rsidP="00CB2C99">
      <w:pPr>
        <w:rPr>
          <w:rFonts w:asciiTheme="majorHAnsi" w:hAnsiTheme="majorHAnsi" w:cstheme="majorHAnsi"/>
          <w:lang w:val="de-DE"/>
        </w:rPr>
      </w:pPr>
      <w:r>
        <w:rPr>
          <w:rFonts w:asciiTheme="majorHAnsi" w:hAnsiTheme="majorHAnsi" w:cstheme="majorHAnsi"/>
          <w:sz w:val="24"/>
          <w:u w:val="single"/>
          <w:lang w:val="de-DE"/>
        </w:rPr>
        <w:t>6</w:t>
      </w:r>
      <w:r w:rsidRPr="00CB2C99">
        <w:rPr>
          <w:rFonts w:asciiTheme="majorHAnsi" w:hAnsiTheme="majorHAnsi" w:cstheme="majorHAnsi"/>
          <w:sz w:val="24"/>
          <w:u w:val="single"/>
          <w:lang w:val="de-DE"/>
        </w:rPr>
        <w:t>. Projektabschluss</w:t>
      </w:r>
      <w:r>
        <w:rPr>
          <w:rFonts w:asciiTheme="majorHAnsi" w:hAnsiTheme="majorHAnsi" w:cstheme="majorHAnsi"/>
          <w:sz w:val="24"/>
          <w:u w:val="single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1662451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Projektdokumentation fertig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1232871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</w:t>
      </w:r>
      <w:r>
        <w:rPr>
          <w:rFonts w:asciiTheme="majorHAnsi" w:hAnsiTheme="majorHAnsi" w:cstheme="majorHAnsi"/>
          <w:lang w:val="de-DE"/>
        </w:rPr>
        <w:t>Übergabe an Betrieb/Support</w:t>
      </w:r>
      <w:r w:rsidRPr="00CB2C99"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2038575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Abschlussmeeting durchgeführt</w:t>
      </w:r>
      <w:r>
        <w:rPr>
          <w:rFonts w:asciiTheme="majorHAnsi" w:hAnsiTheme="majorHAnsi" w:cstheme="majorHAnsi"/>
          <w:lang w:val="de-DE"/>
        </w:rPr>
        <w:br/>
      </w:r>
      <w:sdt>
        <w:sdtPr>
          <w:rPr>
            <w:rFonts w:asciiTheme="majorHAnsi" w:hAnsiTheme="majorHAnsi" w:cstheme="majorHAnsi"/>
            <w:lang w:val="de-DE"/>
          </w:rPr>
          <w:id w:val="-928812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lang w:val="de-DE"/>
            </w:rPr>
            <w:t>☐</w:t>
          </w:r>
        </w:sdtContent>
      </w:sdt>
      <w:r w:rsidRPr="00CB2C99">
        <w:rPr>
          <w:rFonts w:asciiTheme="majorHAnsi" w:hAnsiTheme="majorHAnsi" w:cstheme="majorHAnsi"/>
          <w:lang w:val="de-DE"/>
        </w:rPr>
        <w:t xml:space="preserve"> Lessons Learned dokumentiert</w:t>
      </w:r>
    </w:p>
    <w:p w:rsidR="00C7781E" w:rsidRDefault="00D10593">
      <w:pPr>
        <w:rPr>
          <w:rFonts w:asciiTheme="majorHAnsi" w:hAnsiTheme="majorHAnsi" w:cstheme="majorHAnsi"/>
          <w:lang w:val="de-DE"/>
        </w:rPr>
      </w:pPr>
      <w:r w:rsidRPr="00CB2C99">
        <w:rPr>
          <w:rFonts w:asciiTheme="majorHAnsi" w:hAnsiTheme="majorHAnsi" w:cstheme="majorHAnsi"/>
          <w:lang w:val="de-DE"/>
        </w:rPr>
        <w:t>[In diesem Abschnitt sind die verwendeten Checklisten aufgeführt, die zur Qualitätssicherung und strukturierten Durchführung des Projekts beigetragen haben. Die Listen dienen sowohl der Vorbereitung als auch der Kontrolle einzelner Projektphasen.]</w:t>
      </w:r>
    </w:p>
    <w:p w:rsidR="0014734B" w:rsidRPr="00CB2C99" w:rsidRDefault="0014734B">
      <w:pPr>
        <w:rPr>
          <w:rFonts w:asciiTheme="majorHAnsi" w:eastAsiaTheme="majorEastAsia" w:hAnsiTheme="majorHAnsi" w:cstheme="majorHAnsi"/>
          <w:b/>
          <w:bCs/>
          <w:color w:val="365F91" w:themeColor="accent1" w:themeShade="BF"/>
          <w:sz w:val="32"/>
          <w:szCs w:val="28"/>
          <w:lang w:val="de-DE"/>
        </w:rPr>
      </w:pPr>
      <w:r w:rsidRPr="00CB2C99">
        <w:rPr>
          <w:rFonts w:cstheme="majorHAnsi"/>
          <w:sz w:val="32"/>
          <w:lang w:val="de-DE"/>
        </w:rPr>
        <w:br w:type="page"/>
      </w:r>
    </w:p>
    <w:p w:rsidR="00A315B9" w:rsidRPr="00CB2C99" w:rsidRDefault="0014734B" w:rsidP="0014734B">
      <w:pPr>
        <w:pStyle w:val="berschrift1"/>
        <w:rPr>
          <w:rFonts w:cstheme="majorHAnsi"/>
          <w:lang w:val="de-DE"/>
        </w:rPr>
      </w:pPr>
      <w:bookmarkStart w:id="25" w:name="_Toc195625347"/>
      <w:r w:rsidRPr="00CB2C99">
        <w:rPr>
          <w:rFonts w:cstheme="majorHAnsi"/>
          <w:lang w:val="de-DE"/>
        </w:rPr>
        <w:t xml:space="preserve">7 Weitere </w:t>
      </w:r>
      <w:r w:rsidR="006544E0" w:rsidRPr="00CB2C99">
        <w:rPr>
          <w:rFonts w:cstheme="majorHAnsi"/>
          <w:lang w:val="de-DE"/>
        </w:rPr>
        <w:t>Anhänge</w:t>
      </w:r>
      <w:bookmarkEnd w:id="25"/>
    </w:p>
    <w:p w:rsidR="00C7781E" w:rsidRDefault="00CB2C99" w:rsidP="00C7781E">
      <w:pPr>
        <w:keepNext/>
      </w:pPr>
      <w:r>
        <w:rPr>
          <w:noProof/>
          <w:lang w:val="de-DE" w:eastAsia="de-DE"/>
        </w:rPr>
        <w:drawing>
          <wp:inline distT="0" distB="0" distL="0" distR="0" wp14:anchorId="5EA1F654" wp14:editId="0673CC43">
            <wp:extent cx="3267075" cy="3280233"/>
            <wp:effectExtent l="19050" t="19050" r="9525" b="1587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nhang 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228" b="9019"/>
                    <a:stretch/>
                  </pic:blipFill>
                  <pic:spPr bwMode="auto">
                    <a:xfrm>
                      <a:off x="0" y="0"/>
                      <a:ext cx="3296135" cy="330941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5EEC" w:rsidRPr="00435EEC" w:rsidRDefault="00C7781E" w:rsidP="00435EEC">
      <w:pPr>
        <w:pStyle w:val="Beschriftung"/>
        <w:rPr>
          <w:sz w:val="20"/>
        </w:rPr>
      </w:pPr>
      <w:bookmarkStart w:id="26" w:name="_Toc195628389"/>
      <w:r w:rsidRPr="00435EEC">
        <w:rPr>
          <w:sz w:val="20"/>
        </w:rPr>
        <w:t xml:space="preserve">Abbildung </w:t>
      </w:r>
      <w:r w:rsidRPr="00435EEC">
        <w:rPr>
          <w:sz w:val="20"/>
        </w:rPr>
        <w:fldChar w:fldCharType="begin"/>
      </w:r>
      <w:r w:rsidRPr="00435EEC">
        <w:rPr>
          <w:sz w:val="20"/>
        </w:rPr>
        <w:instrText xml:space="preserve"> SEQ Abbildung \* ARABIC </w:instrText>
      </w:r>
      <w:r w:rsidRPr="00435EEC">
        <w:rPr>
          <w:sz w:val="20"/>
        </w:rPr>
        <w:fldChar w:fldCharType="separate"/>
      </w:r>
      <w:r w:rsidR="00435EEC">
        <w:rPr>
          <w:noProof/>
          <w:sz w:val="20"/>
        </w:rPr>
        <w:t>1</w:t>
      </w:r>
      <w:r w:rsidRPr="00435EEC">
        <w:rPr>
          <w:sz w:val="20"/>
        </w:rPr>
        <w:fldChar w:fldCharType="end"/>
      </w:r>
      <w:r w:rsidRPr="00435EEC">
        <w:rPr>
          <w:sz w:val="20"/>
        </w:rPr>
        <w:t>: Screenshot Login-Maske</w:t>
      </w:r>
      <w:bookmarkEnd w:id="26"/>
    </w:p>
    <w:p w:rsidR="00435EEC" w:rsidRDefault="00C7781E" w:rsidP="00435EEC">
      <w:pPr>
        <w:keepNext/>
      </w:pPr>
      <w:r>
        <w:rPr>
          <w:noProof/>
          <w:lang w:val="de-DE" w:eastAsia="de-DE"/>
        </w:rPr>
        <w:drawing>
          <wp:inline distT="0" distB="0" distL="0" distR="0" wp14:anchorId="535B28A8" wp14:editId="6B33A858">
            <wp:extent cx="4648200" cy="2673964"/>
            <wp:effectExtent l="19050" t="19050" r="19050" b="1270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73017" cy="2745767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C7781E" w:rsidRPr="00435EEC" w:rsidRDefault="00435EEC" w:rsidP="00435EEC">
      <w:pPr>
        <w:pStyle w:val="Beschriftung"/>
        <w:rPr>
          <w:sz w:val="20"/>
        </w:rPr>
      </w:pPr>
      <w:bookmarkStart w:id="27" w:name="_Toc195628390"/>
      <w:r w:rsidRPr="00435EEC">
        <w:rPr>
          <w:sz w:val="20"/>
        </w:rPr>
        <w:t xml:space="preserve">Abbildung </w:t>
      </w:r>
      <w:r w:rsidRPr="00435EEC">
        <w:rPr>
          <w:sz w:val="20"/>
        </w:rPr>
        <w:fldChar w:fldCharType="begin"/>
      </w:r>
      <w:r w:rsidRPr="00435EEC">
        <w:rPr>
          <w:sz w:val="20"/>
        </w:rPr>
        <w:instrText xml:space="preserve"> SEQ Abbildung \* ARABIC </w:instrText>
      </w:r>
      <w:r w:rsidRPr="00435EEC">
        <w:rPr>
          <w:sz w:val="20"/>
        </w:rPr>
        <w:fldChar w:fldCharType="separate"/>
      </w:r>
      <w:r w:rsidRPr="00435EEC">
        <w:rPr>
          <w:noProof/>
          <w:sz w:val="20"/>
        </w:rPr>
        <w:t>2</w:t>
      </w:r>
      <w:r w:rsidRPr="00435EEC">
        <w:rPr>
          <w:sz w:val="20"/>
        </w:rPr>
        <w:fldChar w:fldCharType="end"/>
      </w:r>
      <w:r w:rsidRPr="00435EEC">
        <w:rPr>
          <w:sz w:val="20"/>
        </w:rPr>
        <w:t>: Gantt-Diagramm</w:t>
      </w:r>
      <w:bookmarkEnd w:id="27"/>
    </w:p>
    <w:p w:rsidR="0014734B" w:rsidRPr="00CB2C99" w:rsidRDefault="00D10593" w:rsidP="0014734B">
      <w:pPr>
        <w:rPr>
          <w:rFonts w:asciiTheme="majorHAnsi" w:hAnsiTheme="majorHAnsi" w:cstheme="majorHAnsi"/>
          <w:lang w:val="de-DE"/>
        </w:rPr>
      </w:pPr>
      <w:r w:rsidRPr="00CB2C99">
        <w:rPr>
          <w:rFonts w:asciiTheme="majorHAnsi" w:hAnsiTheme="majorHAnsi" w:cstheme="majorHAnsi"/>
          <w:lang w:val="de-DE"/>
        </w:rPr>
        <w:t>[Die folgenden Anhänge ergänzen die Projektdokumentation durch unterstützendes Material, visuelle Darstellungen, Testergebnisse sowie beispielhaften Quellcode. Sie dienen der Nachvollziehbarkeit und technischen Einordnung.]</w:t>
      </w:r>
    </w:p>
    <w:sectPr w:rsidR="0014734B" w:rsidRPr="00CB2C99" w:rsidSect="00C7781E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1563" w:right="1800" w:bottom="1985" w:left="180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DFC" w:rsidRDefault="00D60DFC" w:rsidP="00D60DFC">
      <w:pPr>
        <w:spacing w:after="0" w:line="240" w:lineRule="auto"/>
      </w:pPr>
      <w:r>
        <w:separator/>
      </w:r>
    </w:p>
  </w:endnote>
  <w:endnote w:type="continuationSeparator" w:id="0">
    <w:p w:rsidR="00D60DFC" w:rsidRDefault="00D60DFC" w:rsidP="00D60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43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741"/>
      <w:gridCol w:w="4737"/>
    </w:tblGrid>
    <w:tr w:rsidR="00BB266B" w:rsidTr="00BB266B">
      <w:trPr>
        <w:trHeight w:hRule="exact" w:val="128"/>
        <w:jc w:val="center"/>
      </w:trPr>
      <w:tc>
        <w:tcPr>
          <w:tcW w:w="4742" w:type="dxa"/>
          <w:shd w:val="clear" w:color="auto" w:fill="4F81BD" w:themeFill="accent1"/>
          <w:tcMar>
            <w:top w:w="0" w:type="dxa"/>
            <w:bottom w:w="0" w:type="dxa"/>
          </w:tcMar>
        </w:tcPr>
        <w:p w:rsidR="00BB266B" w:rsidRDefault="00BB266B">
          <w:pPr>
            <w:pStyle w:val="Kopfzeile"/>
            <w:tabs>
              <w:tab w:val="clear" w:pos="4680"/>
              <w:tab w:val="clear" w:pos="9360"/>
            </w:tabs>
            <w:rPr>
              <w:caps/>
              <w:sz w:val="18"/>
            </w:rPr>
          </w:pPr>
        </w:p>
      </w:tc>
      <w:tc>
        <w:tcPr>
          <w:tcW w:w="4737" w:type="dxa"/>
          <w:shd w:val="clear" w:color="auto" w:fill="4F81BD" w:themeFill="accent1"/>
          <w:tcMar>
            <w:top w:w="0" w:type="dxa"/>
            <w:bottom w:w="0" w:type="dxa"/>
          </w:tcMar>
        </w:tcPr>
        <w:p w:rsidR="00BB266B" w:rsidRDefault="00BB266B">
          <w:pPr>
            <w:pStyle w:val="Kopfzeile"/>
            <w:tabs>
              <w:tab w:val="clear" w:pos="4680"/>
              <w:tab w:val="clear" w:pos="9360"/>
            </w:tabs>
            <w:jc w:val="right"/>
            <w:rPr>
              <w:caps/>
              <w:sz w:val="18"/>
            </w:rPr>
          </w:pPr>
        </w:p>
      </w:tc>
    </w:tr>
    <w:tr w:rsidR="00BB266B" w:rsidTr="00BB266B">
      <w:trPr>
        <w:trHeight w:val="218"/>
        <w:jc w:val="center"/>
      </w:trPr>
      <w:tc>
        <w:tcPr>
          <w:tcW w:w="4742" w:type="dxa"/>
          <w:shd w:val="clear" w:color="auto" w:fill="auto"/>
          <w:vAlign w:val="center"/>
        </w:tcPr>
        <w:p w:rsidR="00BB266B" w:rsidRDefault="00BB266B">
          <w:pPr>
            <w:pStyle w:val="Fuzeile"/>
            <w:tabs>
              <w:tab w:val="clear" w:pos="4680"/>
              <w:tab w:val="clear" w:pos="9360"/>
            </w:tabs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737" w:type="dxa"/>
          <w:shd w:val="clear" w:color="auto" w:fill="auto"/>
          <w:vAlign w:val="center"/>
        </w:tcPr>
        <w:p w:rsidR="00BB266B" w:rsidRDefault="00BB266B">
          <w:pPr>
            <w:pStyle w:val="Fuzeile"/>
            <w:tabs>
              <w:tab w:val="clear" w:pos="4680"/>
              <w:tab w:val="clear" w:pos="9360"/>
            </w:tabs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07235F" w:rsidRPr="0007235F">
            <w:rPr>
              <w:caps/>
              <w:noProof/>
              <w:color w:val="808080" w:themeColor="background1" w:themeShade="80"/>
              <w:sz w:val="18"/>
              <w:szCs w:val="18"/>
              <w:lang w:val="de-DE"/>
            </w:rPr>
            <w:t>2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:rsidR="00BB266B" w:rsidRDefault="00BB266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F0D" w:rsidRDefault="00786F0D" w:rsidP="00786F0D">
    <w:pPr>
      <w:pStyle w:val="Fuzeile"/>
      <w:ind w:left="-1701"/>
    </w:pPr>
    <w:r>
      <w:rPr>
        <w:noProof/>
        <w:lang w:val="de-DE" w:eastAsia="de-DE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-1104900</wp:posOffset>
          </wp:positionH>
          <wp:positionV relativeFrom="paragraph">
            <wp:posOffset>-1196340</wp:posOffset>
          </wp:positionV>
          <wp:extent cx="7696200" cy="1457325"/>
          <wp:effectExtent l="0" t="0" r="0" b="9525"/>
          <wp:wrapThrough wrapText="bothSides">
            <wp:wrapPolygon edited="0">
              <wp:start x="0" y="0"/>
              <wp:lineTo x="0" y="21459"/>
              <wp:lineTo x="21547" y="21459"/>
              <wp:lineTo x="21547" y="0"/>
              <wp:lineTo x="0" y="0"/>
            </wp:wrapPolygon>
          </wp:wrapThrough>
          <wp:docPr id="41" name="Grafik 41" descr="C:\Users\Valentyn Tsapchuk\AppData\Local\Microsoft\Windows\INetCache\Content.Word\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1" descr="C:\Users\Valentyn Tsapchuk\AppData\Local\Microsoft\Windows\INetCache\Content.Word\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7489"/>
                  <a:stretch>
                    <a:fillRect/>
                  </a:stretch>
                </pic:blipFill>
                <pic:spPr bwMode="auto">
                  <a:xfrm>
                    <a:off x="0" y="0"/>
                    <a:ext cx="7696200" cy="1457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86F0D" w:rsidRDefault="00786F0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DFC" w:rsidRDefault="00D60DFC" w:rsidP="00D60DFC">
      <w:pPr>
        <w:spacing w:after="0" w:line="240" w:lineRule="auto"/>
      </w:pPr>
      <w:r>
        <w:separator/>
      </w:r>
    </w:p>
  </w:footnote>
  <w:footnote w:type="continuationSeparator" w:id="0">
    <w:p w:rsidR="00D60DFC" w:rsidRDefault="00D60DFC" w:rsidP="00D60D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593" w:rsidRDefault="00D10593">
    <w:pPr>
      <w:pStyle w:val="Kopfzeile"/>
    </w:pPr>
    <w:r w:rsidRPr="0014734B">
      <w:rPr>
        <w:rFonts w:asciiTheme="majorHAnsi" w:hAnsiTheme="majorHAnsi" w:cstheme="majorHAnsi"/>
        <w:noProof/>
        <w:color w:val="1F497D" w:themeColor="text2"/>
        <w:sz w:val="40"/>
        <w:lang w:val="de-DE" w:eastAsia="de-DE"/>
      </w:rPr>
      <w:drawing>
        <wp:anchor distT="0" distB="0" distL="114300" distR="114300" simplePos="0" relativeHeight="251660288" behindDoc="0" locked="0" layoutInCell="1" allowOverlap="1" wp14:anchorId="6C87DF8E" wp14:editId="33983715">
          <wp:simplePos x="0" y="0"/>
          <wp:positionH relativeFrom="column">
            <wp:posOffset>5486400</wp:posOffset>
          </wp:positionH>
          <wp:positionV relativeFrom="paragraph">
            <wp:posOffset>-381000</wp:posOffset>
          </wp:positionV>
          <wp:extent cx="838200" cy="838200"/>
          <wp:effectExtent l="0" t="0" r="0" b="0"/>
          <wp:wrapThrough wrapText="bothSides">
            <wp:wrapPolygon edited="0">
              <wp:start x="0" y="0"/>
              <wp:lineTo x="0" y="21109"/>
              <wp:lineTo x="21109" y="21109"/>
              <wp:lineTo x="21109" y="0"/>
              <wp:lineTo x="0" y="0"/>
            </wp:wrapPolygon>
          </wp:wrapThrough>
          <wp:docPr id="39" name="Grafik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" name="Musterfirma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8200" cy="838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F0D" w:rsidRDefault="00786F0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58240" behindDoc="0" locked="0" layoutInCell="1" allowOverlap="1" wp14:anchorId="5394CA2A" wp14:editId="0E1C92DD">
          <wp:simplePos x="0" y="0"/>
          <wp:positionH relativeFrom="column">
            <wp:posOffset>-1104900</wp:posOffset>
          </wp:positionH>
          <wp:positionV relativeFrom="paragraph">
            <wp:posOffset>-409575</wp:posOffset>
          </wp:positionV>
          <wp:extent cx="7696200" cy="1457325"/>
          <wp:effectExtent l="0" t="0" r="0" b="9525"/>
          <wp:wrapThrough wrapText="bothSides">
            <wp:wrapPolygon edited="0">
              <wp:start x="21600" y="21600"/>
              <wp:lineTo x="21600" y="141"/>
              <wp:lineTo x="53" y="141"/>
              <wp:lineTo x="53" y="21600"/>
              <wp:lineTo x="21600" y="21600"/>
            </wp:wrapPolygon>
          </wp:wrapThrough>
          <wp:docPr id="40" name="Grafik 40" descr="C:\Users\Valentyn Tsapchuk\AppData\Local\Microsoft\Windows\INetCache\Content.Word\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1" descr="C:\Users\Valentyn Tsapchuk\AppData\Local\Microsoft\Windows\INetCache\Content.Word\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7489"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7696200" cy="1457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ennumm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ennumm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Aufzhlungszeichen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Aufzhlungszeichen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07235F"/>
    <w:rsid w:val="0014734B"/>
    <w:rsid w:val="0015074B"/>
    <w:rsid w:val="0029639D"/>
    <w:rsid w:val="00326F90"/>
    <w:rsid w:val="00435EEC"/>
    <w:rsid w:val="006544E0"/>
    <w:rsid w:val="00786F0D"/>
    <w:rsid w:val="00883F0B"/>
    <w:rsid w:val="00901EF9"/>
    <w:rsid w:val="00A315B9"/>
    <w:rsid w:val="00AA1D8D"/>
    <w:rsid w:val="00B44060"/>
    <w:rsid w:val="00B47730"/>
    <w:rsid w:val="00BB266B"/>
    <w:rsid w:val="00C7781E"/>
    <w:rsid w:val="00CB0664"/>
    <w:rsid w:val="00CB2C99"/>
    <w:rsid w:val="00D10593"/>
    <w:rsid w:val="00D60DFC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75D381D1"/>
  <w14:defaultImageDpi w14:val="330"/>
  <w15:docId w15:val="{D13B1440-ED35-4B1B-A6F7-8928C369C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35EEC"/>
  </w:style>
  <w:style w:type="paragraph" w:styleId="berschrift1">
    <w:name w:val="heading 1"/>
    <w:basedOn w:val="Standard"/>
    <w:next w:val="Standard"/>
    <w:link w:val="berschrift1Zchn"/>
    <w:uiPriority w:val="9"/>
    <w:qFormat/>
    <w:rsid w:val="00D1059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D10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365F91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618BF"/>
  </w:style>
  <w:style w:type="paragraph" w:styleId="Fuzeile">
    <w:name w:val="footer"/>
    <w:basedOn w:val="Standard"/>
    <w:link w:val="FuzeileZchn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618BF"/>
  </w:style>
  <w:style w:type="paragraph" w:styleId="KeinLeerraum">
    <w:name w:val="No Spacing"/>
    <w:uiPriority w:val="1"/>
    <w:qFormat/>
    <w:rsid w:val="00FC693F"/>
    <w:pPr>
      <w:spacing w:after="0" w:line="240" w:lineRule="auto"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D10593"/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10593"/>
    <w:rPr>
      <w:rFonts w:asciiTheme="majorHAnsi" w:eastAsiaTheme="majorEastAsia" w:hAnsiTheme="majorHAnsi" w:cstheme="majorBidi"/>
      <w:b/>
      <w:bCs/>
      <w:color w:val="365F91" w:themeColor="accent1" w:themeShade="BF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el">
    <w:name w:val="Title"/>
    <w:basedOn w:val="Standard"/>
    <w:next w:val="Standard"/>
    <w:link w:val="TitelZchn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FC693F"/>
    <w:pPr>
      <w:ind w:left="720"/>
      <w:contextualSpacing/>
    </w:pPr>
  </w:style>
  <w:style w:type="paragraph" w:styleId="Textkrper">
    <w:name w:val="Body Text"/>
    <w:basedOn w:val="Standard"/>
    <w:link w:val="TextkrperZchn"/>
    <w:uiPriority w:val="99"/>
    <w:unhideWhenUsed/>
    <w:rsid w:val="00AA1D8D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rsid w:val="00AA1D8D"/>
  </w:style>
  <w:style w:type="paragraph" w:styleId="Textkrper2">
    <w:name w:val="Body Text 2"/>
    <w:basedOn w:val="Standard"/>
    <w:link w:val="Textkrper2Zchn"/>
    <w:uiPriority w:val="99"/>
    <w:unhideWhenUsed/>
    <w:rsid w:val="00AA1D8D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uiPriority w:val="99"/>
    <w:rsid w:val="00AA1D8D"/>
  </w:style>
  <w:style w:type="paragraph" w:styleId="Textkrper3">
    <w:name w:val="Body Text 3"/>
    <w:basedOn w:val="Standard"/>
    <w:link w:val="Textkrper3Zchn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uiPriority w:val="99"/>
    <w:rsid w:val="00AA1D8D"/>
    <w:rPr>
      <w:sz w:val="16"/>
      <w:szCs w:val="16"/>
    </w:rPr>
  </w:style>
  <w:style w:type="paragraph" w:styleId="Liste">
    <w:name w:val="List"/>
    <w:basedOn w:val="Standard"/>
    <w:uiPriority w:val="99"/>
    <w:unhideWhenUsed/>
    <w:rsid w:val="00AA1D8D"/>
    <w:pPr>
      <w:ind w:left="360" w:hanging="360"/>
      <w:contextualSpacing/>
    </w:pPr>
  </w:style>
  <w:style w:type="paragraph" w:styleId="Liste2">
    <w:name w:val="List 2"/>
    <w:basedOn w:val="Standard"/>
    <w:uiPriority w:val="99"/>
    <w:unhideWhenUsed/>
    <w:rsid w:val="00326F90"/>
    <w:pPr>
      <w:ind w:left="720" w:hanging="360"/>
      <w:contextualSpacing/>
    </w:pPr>
  </w:style>
  <w:style w:type="paragraph" w:styleId="Liste3">
    <w:name w:val="List 3"/>
    <w:basedOn w:val="Standard"/>
    <w:uiPriority w:val="99"/>
    <w:unhideWhenUsed/>
    <w:rsid w:val="00326F90"/>
    <w:pPr>
      <w:ind w:left="1080" w:hanging="360"/>
      <w:contextualSpacing/>
    </w:pPr>
  </w:style>
  <w:style w:type="paragraph" w:styleId="Aufzhlungszeichen">
    <w:name w:val="List Bullet"/>
    <w:basedOn w:val="Standard"/>
    <w:uiPriority w:val="99"/>
    <w:unhideWhenUsed/>
    <w:rsid w:val="00326F90"/>
    <w:pPr>
      <w:numPr>
        <w:numId w:val="1"/>
      </w:numPr>
      <w:contextualSpacing/>
    </w:pPr>
  </w:style>
  <w:style w:type="paragraph" w:styleId="Aufzhlungszeichen2">
    <w:name w:val="List Bullet 2"/>
    <w:basedOn w:val="Standard"/>
    <w:uiPriority w:val="99"/>
    <w:unhideWhenUsed/>
    <w:rsid w:val="00326F90"/>
    <w:pPr>
      <w:numPr>
        <w:numId w:val="2"/>
      </w:numPr>
      <w:contextualSpacing/>
    </w:pPr>
  </w:style>
  <w:style w:type="paragraph" w:styleId="Aufzhlungszeichen3">
    <w:name w:val="List Bullet 3"/>
    <w:basedOn w:val="Standard"/>
    <w:uiPriority w:val="99"/>
    <w:unhideWhenUsed/>
    <w:rsid w:val="00326F90"/>
    <w:pPr>
      <w:numPr>
        <w:numId w:val="3"/>
      </w:numPr>
      <w:contextualSpacing/>
    </w:pPr>
  </w:style>
  <w:style w:type="paragraph" w:styleId="Listennummer">
    <w:name w:val="List Number"/>
    <w:basedOn w:val="Standard"/>
    <w:uiPriority w:val="99"/>
    <w:unhideWhenUsed/>
    <w:rsid w:val="00326F90"/>
    <w:pPr>
      <w:numPr>
        <w:numId w:val="5"/>
      </w:numPr>
      <w:contextualSpacing/>
    </w:pPr>
  </w:style>
  <w:style w:type="paragraph" w:styleId="Listennummer2">
    <w:name w:val="List Number 2"/>
    <w:basedOn w:val="Standard"/>
    <w:uiPriority w:val="99"/>
    <w:unhideWhenUsed/>
    <w:rsid w:val="0029639D"/>
    <w:pPr>
      <w:numPr>
        <w:numId w:val="6"/>
      </w:numPr>
      <w:contextualSpacing/>
    </w:pPr>
  </w:style>
  <w:style w:type="paragraph" w:styleId="Listennummer3">
    <w:name w:val="List Number 3"/>
    <w:basedOn w:val="Standard"/>
    <w:uiPriority w:val="99"/>
    <w:unhideWhenUsed/>
    <w:rsid w:val="0029639D"/>
    <w:pPr>
      <w:numPr>
        <w:numId w:val="7"/>
      </w:numPr>
      <w:contextualSpacing/>
    </w:pPr>
  </w:style>
  <w:style w:type="paragraph" w:styleId="Listenfortsetzung">
    <w:name w:val="List Continue"/>
    <w:basedOn w:val="Standard"/>
    <w:uiPriority w:val="99"/>
    <w:unhideWhenUsed/>
    <w:rsid w:val="0029639D"/>
    <w:pPr>
      <w:spacing w:after="120"/>
      <w:ind w:left="360"/>
      <w:contextualSpacing/>
    </w:pPr>
  </w:style>
  <w:style w:type="paragraph" w:styleId="Listenfortsetzung2">
    <w:name w:val="List Continue 2"/>
    <w:basedOn w:val="Standard"/>
    <w:uiPriority w:val="99"/>
    <w:unhideWhenUsed/>
    <w:rsid w:val="0029639D"/>
    <w:pPr>
      <w:spacing w:after="120"/>
      <w:ind w:left="720"/>
      <w:contextualSpacing/>
    </w:pPr>
  </w:style>
  <w:style w:type="paragraph" w:styleId="Listenfortsetzung3">
    <w:name w:val="List Continue 3"/>
    <w:basedOn w:val="Standard"/>
    <w:uiPriority w:val="99"/>
    <w:unhideWhenUsed/>
    <w:rsid w:val="0029639D"/>
    <w:pPr>
      <w:spacing w:after="120"/>
      <w:ind w:left="1080"/>
      <w:contextualSpacing/>
    </w:pPr>
  </w:style>
  <w:style w:type="paragraph" w:styleId="Makrotext">
    <w:name w:val="macro"/>
    <w:link w:val="MakrotextZchn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krotextZchn">
    <w:name w:val="Makrotext Zchn"/>
    <w:basedOn w:val="Absatz-Standardschriftart"/>
    <w:link w:val="Makrotext"/>
    <w:uiPriority w:val="99"/>
    <w:rsid w:val="0029639D"/>
    <w:rPr>
      <w:rFonts w:ascii="Courier" w:hAnsi="Courier"/>
      <w:sz w:val="20"/>
      <w:szCs w:val="20"/>
    </w:rPr>
  </w:style>
  <w:style w:type="paragraph" w:styleId="Zitat">
    <w:name w:val="Quote"/>
    <w:basedOn w:val="Standard"/>
    <w:next w:val="Standard"/>
    <w:link w:val="ZitatZchn"/>
    <w:uiPriority w:val="29"/>
    <w:qFormat/>
    <w:rsid w:val="00FC693F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FC693F"/>
    <w:rPr>
      <w:i/>
      <w:iCs/>
      <w:color w:val="000000" w:themeColor="text1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Fett">
    <w:name w:val="Strong"/>
    <w:basedOn w:val="Absatz-Standardschriftart"/>
    <w:uiPriority w:val="22"/>
    <w:qFormat/>
    <w:rsid w:val="00FC693F"/>
    <w:rPr>
      <w:b/>
      <w:bCs/>
    </w:rPr>
  </w:style>
  <w:style w:type="character" w:styleId="Hervorhebung">
    <w:name w:val="Emphasis"/>
    <w:basedOn w:val="Absatz-Standardschriftart"/>
    <w:uiPriority w:val="20"/>
    <w:qFormat/>
    <w:rsid w:val="00FC693F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C693F"/>
    <w:rPr>
      <w:b/>
      <w:bCs/>
      <w:i/>
      <w:iCs/>
      <w:color w:val="4F81BD" w:themeColor="accent1"/>
    </w:rPr>
  </w:style>
  <w:style w:type="character" w:styleId="SchwacheHervorhebung">
    <w:name w:val="Subtle Emphasis"/>
    <w:basedOn w:val="Absatz-Standardschriftart"/>
    <w:uiPriority w:val="19"/>
    <w:qFormat/>
    <w:rsid w:val="00FC693F"/>
    <w:rPr>
      <w:i/>
      <w:iCs/>
      <w:color w:val="808080" w:themeColor="text1" w:themeTint="7F"/>
    </w:rPr>
  </w:style>
  <w:style w:type="character" w:styleId="IntensiveHervorhebung">
    <w:name w:val="Intense Emphasis"/>
    <w:basedOn w:val="Absatz-Standardschriftart"/>
    <w:uiPriority w:val="21"/>
    <w:qFormat/>
    <w:rsid w:val="00FC693F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qFormat/>
    <w:rsid w:val="00FC693F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qFormat/>
    <w:rsid w:val="00FC693F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C693F"/>
    <w:pPr>
      <w:outlineLvl w:val="9"/>
    </w:pPr>
  </w:style>
  <w:style w:type="table" w:styleId="Tabellenraster">
    <w:name w:val="Table Grid"/>
    <w:basedOn w:val="NormaleTabelle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">
    <w:name w:val="Light Shading"/>
    <w:basedOn w:val="NormaleTabelle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HelleSchattierung-Akzent2">
    <w:name w:val="Light Shading Accent 2"/>
    <w:basedOn w:val="NormaleTabelle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HelleSchattierung-Akzent3">
    <w:name w:val="Light Shading Accent 3"/>
    <w:basedOn w:val="NormaleTabelle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HelleSchattierung-Akzent4">
    <w:name w:val="Light Shading Accent 4"/>
    <w:basedOn w:val="NormaleTabelle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HelleSchattierung-Akzent5">
    <w:name w:val="Light Shading Accent 5"/>
    <w:basedOn w:val="NormaleTabelle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HelleSchattierung-Akzent6">
    <w:name w:val="Light Shading Accent 6"/>
    <w:basedOn w:val="NormaleTabelle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HelleListe">
    <w:name w:val="Light List"/>
    <w:basedOn w:val="NormaleTabelle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HelleListe-Akzent1">
    <w:name w:val="Light List Accent 1"/>
    <w:basedOn w:val="NormaleTabelle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HelleListe-Akzent2">
    <w:name w:val="Light List Accent 2"/>
    <w:basedOn w:val="NormaleTabelle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HelleListe-Akzent3">
    <w:name w:val="Light List Accent 3"/>
    <w:basedOn w:val="NormaleTabelle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HelleListe-Akzent4">
    <w:name w:val="Light List Accent 4"/>
    <w:basedOn w:val="NormaleTabelle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HelleListe-Akzent5">
    <w:name w:val="Light List Accent 5"/>
    <w:basedOn w:val="NormaleTabelle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HelleListe-Akzent6">
    <w:name w:val="Light List Accent 6"/>
    <w:basedOn w:val="NormaleTabelle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HellesRaster">
    <w:name w:val="Light Grid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HellesRaster-Akzent1">
    <w:name w:val="Light Grid Accent 1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HellesRaster-Akzent2">
    <w:name w:val="Light Grid Accent 2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HellesRaster-Akzent3">
    <w:name w:val="Light Grid Accent 3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HellesRaster-Akzent4">
    <w:name w:val="Light Grid Accent 4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HellesRaster-Akzent5">
    <w:name w:val="Light Grid Accent 5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HellesRaster-Akzent6">
    <w:name w:val="Light Grid Accent 6"/>
    <w:basedOn w:val="NormaleTabelle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ittlereSchattierung1">
    <w:name w:val="Medium Shading 1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1">
    <w:name w:val="Medium Shading 1 Accent 1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2">
    <w:name w:val="Medium Shading 1 Accent 2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3">
    <w:name w:val="Medium Shading 1 Accent 3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6">
    <w:name w:val="Medium Shading 1 Accent 6"/>
    <w:basedOn w:val="NormaleTabelle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2">
    <w:name w:val="Medium Shading 2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1">
    <w:name w:val="Medium Shading 2 Accent 1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2">
    <w:name w:val="Medium Shading 2 Accent 2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3">
    <w:name w:val="Medium Shading 2 Accent 3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4">
    <w:name w:val="Medium Shading 2 Accent 4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5">
    <w:name w:val="Medium Shading 2 Accent 5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6">
    <w:name w:val="Medium Shading 2 Accent 6"/>
    <w:basedOn w:val="NormaleTabelle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Liste1">
    <w:name w:val="Medium List 1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ittlereListe1-Akzent1">
    <w:name w:val="Medium List 1 Accent 1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ittlereListe1-Akzent2">
    <w:name w:val="Medium List 1 Accent 2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ittlereListe1-Akzent3">
    <w:name w:val="Medium List 1 Accent 3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ittlereListe1-Akzent4">
    <w:name w:val="Medium List 1 Accent 4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ittlereListe1-Akzent5">
    <w:name w:val="Medium List 1 Accent 5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ittlereListe1-Akzent6">
    <w:name w:val="Medium List 1 Accent 6"/>
    <w:basedOn w:val="NormaleTabelle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ittlereListe2">
    <w:name w:val="Medium List 2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1">
    <w:name w:val="Medium List 2 Accent 1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2">
    <w:name w:val="Medium List 2 Accent 2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3">
    <w:name w:val="Medium List 2 Accent 3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4">
    <w:name w:val="Medium List 2 Accent 4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5">
    <w:name w:val="Medium List 2 Accent 5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6">
    <w:name w:val="Medium List 2 Accent 6"/>
    <w:basedOn w:val="NormaleTabelle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sRaster1">
    <w:name w:val="Medium Grid 1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ittleresRaster1-Akzent1">
    <w:name w:val="Medium Grid 1 Accent 1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ittleresRaster1-Akzent2">
    <w:name w:val="Medium Grid 1 Accent 2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ittleresRaster1-Akzent3">
    <w:name w:val="Medium Grid 1 Accent 3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ittleresRaster1-Akzent4">
    <w:name w:val="Medium Grid 1 Accent 4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ittleresRaster1-Akzent5">
    <w:name w:val="Medium Grid 1 Accent 5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ittleresRaster1-Akzent6">
    <w:name w:val="Medium Grid 1 Accent 6"/>
    <w:basedOn w:val="NormaleTabelle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ittleresRaster2">
    <w:name w:val="Medium Grid 2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1">
    <w:name w:val="Medium Grid 2 Accent 1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2">
    <w:name w:val="Medium Grid 2 Accent 2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3">
    <w:name w:val="Medium Grid 2 Accent 3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4">
    <w:name w:val="Medium Grid 2 Accent 4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5">
    <w:name w:val="Medium Grid 2 Accent 5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6">
    <w:name w:val="Medium Grid 2 Accent 6"/>
    <w:basedOn w:val="NormaleTabelle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3">
    <w:name w:val="Medium Grid 3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ittleresRaster3-Akzent1">
    <w:name w:val="Medium Grid 3 Accent 1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ittleresRaster3-Akzent2">
    <w:name w:val="Medium Grid 3 Accent 2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ittleresRaster3-Akzent3">
    <w:name w:val="Medium Grid 3 Accent 3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ittleresRaster3-Akzent4">
    <w:name w:val="Medium Grid 3 Accent 4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ittleresRaster3-Akzent5">
    <w:name w:val="Medium Grid 3 Accent 5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ittleresRaster3-Akzent6">
    <w:name w:val="Medium Grid 3 Accent 6"/>
    <w:basedOn w:val="NormaleTabelle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unkleListe">
    <w:name w:val="Dark List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unkleListe-Akzent1">
    <w:name w:val="Dark List Accent 1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unkleListe-Akzent2">
    <w:name w:val="Dark List Accent 2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unkleListe-Akzent3">
    <w:name w:val="Dark List Accent 3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unkleListe-Akzent4">
    <w:name w:val="Dark List Accent 4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unkleListe-Akzent5">
    <w:name w:val="Dark List Accent 5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unkleListe-Akzent6">
    <w:name w:val="Dark List Accent 6"/>
    <w:basedOn w:val="NormaleTabelle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FarbigeSchattierung">
    <w:name w:val="Colorful Shading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1">
    <w:name w:val="Colorful Shading Accent 1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2">
    <w:name w:val="Colorful Shading Accent 2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3">
    <w:name w:val="Colorful Shading Accent 3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bigeSchattierung-Akzent4">
    <w:name w:val="Colorful Shading Accent 4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5">
    <w:name w:val="Colorful Shading Accent 5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6">
    <w:name w:val="Colorful Shading Accent 6"/>
    <w:basedOn w:val="NormaleTabelle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Liste">
    <w:name w:val="Colorful List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bigeListe-Akzent1">
    <w:name w:val="Colorful List Accent 1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bigeListe-Akzent2">
    <w:name w:val="Colorful List Accent 2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bigeListe-Akzent3">
    <w:name w:val="Colorful List Accent 3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bigeListe-Akzent4">
    <w:name w:val="Colorful List Accent 4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bigeListe-Akzent5">
    <w:name w:val="Colorful List Accent 5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bigeListe-Akzent6">
    <w:name w:val="Colorful List Accent 6"/>
    <w:basedOn w:val="NormaleTabelle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bigesRaster">
    <w:name w:val="Colorful Grid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bigesRaster-Akzent1">
    <w:name w:val="Colorful Grid Accent 1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bigesRaster-Akzent2">
    <w:name w:val="Colorful Grid Accent 2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bigesRaster-Akzent3">
    <w:name w:val="Colorful Grid Accent 3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bigesRaster-Akzent4">
    <w:name w:val="Colorful Grid Accent 4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bigesRaster-Akzent5">
    <w:name w:val="Colorful Grid Accent 5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bigesRaster-Akzent6">
    <w:name w:val="Colorful Grid Accent 6"/>
    <w:basedOn w:val="NormaleTabelle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Verzeichnis1">
    <w:name w:val="toc 1"/>
    <w:basedOn w:val="Standard"/>
    <w:next w:val="Standard"/>
    <w:autoRedefine/>
    <w:uiPriority w:val="39"/>
    <w:unhideWhenUsed/>
    <w:rsid w:val="0014734B"/>
    <w:pPr>
      <w:spacing w:after="100"/>
    </w:pPr>
  </w:style>
  <w:style w:type="character" w:styleId="Hyperlink">
    <w:name w:val="Hyperlink"/>
    <w:basedOn w:val="Absatz-Standardschriftart"/>
    <w:uiPriority w:val="99"/>
    <w:unhideWhenUsed/>
    <w:rsid w:val="0014734B"/>
    <w:rPr>
      <w:color w:val="0000FF" w:themeColor="hyperlink"/>
      <w:u w:val="single"/>
    </w:rPr>
  </w:style>
  <w:style w:type="paragraph" w:styleId="Verzeichnis2">
    <w:name w:val="toc 2"/>
    <w:basedOn w:val="Standard"/>
    <w:next w:val="Standard"/>
    <w:autoRedefine/>
    <w:uiPriority w:val="39"/>
    <w:unhideWhenUsed/>
    <w:rsid w:val="0014734B"/>
    <w:pPr>
      <w:spacing w:after="100"/>
      <w:ind w:left="220"/>
    </w:pPr>
  </w:style>
  <w:style w:type="table" w:styleId="Gitternetztabelle4Akzent2">
    <w:name w:val="Grid Table 4 Accent 2"/>
    <w:basedOn w:val="NormaleTabelle"/>
    <w:uiPriority w:val="49"/>
    <w:rsid w:val="00D10593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netztabelle2Akzent1">
    <w:name w:val="Grid Table 2 Accent 1"/>
    <w:basedOn w:val="NormaleTabelle"/>
    <w:uiPriority w:val="47"/>
    <w:rsid w:val="00D10593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tternetztabelle6farbig">
    <w:name w:val="Grid Table 6 Colorful"/>
    <w:basedOn w:val="NormaleTabelle"/>
    <w:uiPriority w:val="51"/>
    <w:rsid w:val="00D1059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3">
    <w:name w:val="Grid Table 3"/>
    <w:basedOn w:val="NormaleTabelle"/>
    <w:uiPriority w:val="99"/>
    <w:rsid w:val="00D1059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Listentabelle4">
    <w:name w:val="List Table 4"/>
    <w:basedOn w:val="NormaleTabelle"/>
    <w:uiPriority w:val="49"/>
    <w:rsid w:val="00D1059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6farbig">
    <w:name w:val="List Table 6 Colorful"/>
    <w:basedOn w:val="NormaleTabelle"/>
    <w:uiPriority w:val="51"/>
    <w:rsid w:val="00D1059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EinfacheTabelle3">
    <w:name w:val="Plain Table 3"/>
    <w:basedOn w:val="NormaleTabelle"/>
    <w:uiPriority w:val="99"/>
    <w:rsid w:val="00D1059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uiPriority w:val="99"/>
    <w:rsid w:val="00D1059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itternetztabelle1hellAkzent1">
    <w:name w:val="Grid Table 1 Light Accent 1"/>
    <w:basedOn w:val="NormaleTabelle"/>
    <w:uiPriority w:val="46"/>
    <w:rsid w:val="00BB266B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4">
    <w:name w:val="Grid Table 1 Light Accent 4"/>
    <w:basedOn w:val="NormaleTabelle"/>
    <w:uiPriority w:val="46"/>
    <w:rsid w:val="00BB266B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4">
    <w:name w:val="Grid Table 4"/>
    <w:basedOn w:val="NormaleTabelle"/>
    <w:uiPriority w:val="49"/>
    <w:rsid w:val="00BB266B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3Akzent2">
    <w:name w:val="Grid Table 3 Accent 2"/>
    <w:basedOn w:val="NormaleTabelle"/>
    <w:uiPriority w:val="48"/>
    <w:rsid w:val="00BB266B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itternetztabelle3Akzent4">
    <w:name w:val="Grid Table 3 Accent 4"/>
    <w:basedOn w:val="NormaleTabelle"/>
    <w:uiPriority w:val="48"/>
    <w:rsid w:val="00BB266B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itternetztabelle3Akzent5">
    <w:name w:val="Grid Table 3 Accent 5"/>
    <w:basedOn w:val="NormaleTabelle"/>
    <w:uiPriority w:val="48"/>
    <w:rsid w:val="00BB266B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paragraph" w:styleId="Abbildungsverzeichnis">
    <w:name w:val="table of figures"/>
    <w:basedOn w:val="Standard"/>
    <w:next w:val="Standard"/>
    <w:uiPriority w:val="99"/>
    <w:unhideWhenUsed/>
    <w:rsid w:val="00C7781E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94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7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115730-CA4F-441E-AA80-4E84FCA01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803</Words>
  <Characters>5059</Characters>
  <Application>Microsoft Office Word</Application>
  <DocSecurity>0</DocSecurity>
  <Lines>42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5851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Valentyn Tsapchuk</cp:lastModifiedBy>
  <cp:revision>6</cp:revision>
  <dcterms:created xsi:type="dcterms:W3CDTF">2013-12-23T23:15:00Z</dcterms:created>
  <dcterms:modified xsi:type="dcterms:W3CDTF">2025-04-15T14:58:00Z</dcterms:modified>
  <cp:category/>
</cp:coreProperties>
</file>